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ANNUAL EXPENSE SUMMARY</w:t>
      </w:r>
    </w:p>
    <w:p>
      <w:pPr>
        <w:spacing w:after="160"/>
      </w:pPr>
      <w:r>
        <w:rPr>
          <w:color w:val="64748B"/>
          <w:sz w:val="17"/>
        </w:rPr>
        <w:t>Tally each category by quarter; total across and down. The Excel version breaks the year into all twelve months.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Year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Prepared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Notes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27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613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Q1 (Jan–Mar)</w:t>
            </w:r>
          </w:p>
        </w:tc>
        <w:tc>
          <w:tcPr>
            <w:tcW w:type="dxa" w:w="1613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Q2 (Apr–Jun)</w:t>
            </w:r>
          </w:p>
        </w:tc>
        <w:tc>
          <w:tcPr>
            <w:tcW w:type="dxa" w:w="1613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Q3 (Jul–Sep)</w:t>
            </w:r>
          </w:p>
        </w:tc>
        <w:tc>
          <w:tcPr>
            <w:tcW w:type="dxa" w:w="1613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Q4 (Oct–Dec)</w:t>
            </w:r>
          </w:p>
        </w:tc>
        <w:tc>
          <w:tcPr>
            <w:tcW w:type="dxa" w:w="1613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Year total</w:t>
            </w:r>
          </w:p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Airfare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Lodging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Meals &amp; tips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Ground transport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Fuel / mileage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Parking &amp; tolls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Supplies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Phone / internet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Entertainment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Other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Quarter total</w:t>
            </w:r>
          </w:p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13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YEAR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Reviewed by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