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8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/>
            <w:shd w:color="auto" w:fill="111111" w:val="clear"/>
          </w:tcPr>
          <w:p>
            <w:pPr>
              <w:pStyle w:val="Normal"/>
              <w:spacing w:before="280" w:after="40"/>
              <w:rPr/>
            </w:pPr>
            <w:r>
              <w:rPr>
                <w:rFonts w:eastAsia="Arial" w:cs="Arial"/>
                <w:b w:val="false"/>
                <w:color w:val="DDDDDD"/>
                <w:spacing w:val="20"/>
                <w:sz w:val="16"/>
              </w:rPr>
              <w:t>APOLLO'S TEMPLATES  ·  COVER SHEET</w:t>
            </w:r>
          </w:p>
          <w:p>
            <w:pPr>
              <w:pStyle w:val="Normal"/>
              <w:spacing w:before="80" w:after="280"/>
              <w:rPr/>
            </w:pPr>
            <w:r>
              <w:rPr>
                <w:rFonts w:eastAsia="Arial Black" w:cs="Arial Black" w:ascii="Arial Black" w:hAnsi="Arial Black"/>
                <w:b/>
                <w:color w:val="FFFFFF"/>
                <w:sz w:val="72"/>
              </w:rPr>
              <w:t>FACSIMILE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C8C8C8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66666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111111"/>
                <w:sz w:val="21"/>
              </w:rPr>
              <w:t xml:space="preserve">☐  </w:t>
            </w:r>
            <w:r>
              <w:rPr>
                <w:rFonts w:eastAsia="Arial" w:cs="Arial"/>
                <w:color w:val="111111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C8C8C8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666666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C8C8C8"/>
              <w:left w:val="single" w:sz="4" w:space="0" w:color="C8C8C8"/>
              <w:bottom w:val="single" w:sz="4" w:space="0" w:color="C8C8C8"/>
              <w:right w:val="single" w:sz="4" w:space="0" w:color="C8C8C8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200" w:after="0"/>
        <w:rPr/>
      </w:pPr>
      <w:r>
        <w:rPr>
          <w:rFonts w:eastAsia="Arial" w:cs="Arial"/>
          <w:i/>
          <w:color w:val="666666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