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963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69"/>
        <w:gridCol w:w="6634"/>
        <w:gridCol w:w="2835"/>
      </w:tblGrid>
      <w:tr>
        <w:trPr/>
        <w:tc>
          <w:tcPr>
            <w:tcW w:w="169" w:type="dxa"/>
            <w:tcBorders/>
            <w:shd w:color="auto" w:fill="57755B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6634" w:type="dxa"/>
            <w:tcBorders/>
          </w:tcPr>
          <w:p>
            <w:pPr>
              <w:pStyle w:val="Normal"/>
              <w:spacing w:before="80" w:after="40"/>
              <w:rPr/>
            </w:pPr>
            <w:r>
              <w:rPr>
                <w:rFonts w:eastAsia="Arial" w:cs="Arial"/>
                <w:b/>
                <w:color w:val="57755B"/>
                <w:spacing w:val="80"/>
                <w:sz w:val="18"/>
              </w:rPr>
              <w:t>COVER SHEET</w:t>
            </w:r>
          </w:p>
          <w:p>
            <w:pPr>
              <w:pStyle w:val="Normal"/>
              <w:spacing w:before="40" w:after="40"/>
              <w:rPr/>
            </w:pPr>
            <w:r>
              <w:rPr>
                <w:rFonts w:eastAsia="Arial" w:cs="Arial"/>
                <w:b/>
                <w:color w:val="57755B"/>
                <w:sz w:val="72"/>
              </w:rPr>
              <w:t>FACSIMILE</w:t>
            </w:r>
          </w:p>
          <w:p>
            <w:pPr>
              <w:pStyle w:val="Normal"/>
              <w:spacing w:before="0" w:after="160"/>
              <w:rPr/>
            </w:pPr>
            <w:r>
              <w:rPr>
                <w:rFonts w:eastAsia="Arial" w:cs="Arial"/>
                <w:i/>
                <w:color w:val="4C6750"/>
                <w:sz w:val="19"/>
              </w:rPr>
              <w:t>for transmission via facsimile</w:t>
            </w:r>
          </w:p>
        </w:tc>
        <w:tc>
          <w:tcPr>
            <w:tcW w:w="2835" w:type="dxa"/>
            <w:tcBorders>
              <w:top w:val="single" w:sz="4" w:space="0" w:color="C7D2C9"/>
              <w:left w:val="single" w:sz="4" w:space="0" w:color="C7D2C9"/>
              <w:bottom w:val="single" w:sz="4" w:space="0" w:color="C7D2C9"/>
              <w:right w:val="single" w:sz="4" w:space="0" w:color="C7D2C9"/>
            </w:tcBorders>
            <w:vAlign w:val="center"/>
          </w:tcPr>
          <w:p>
            <w:pPr>
              <w:pStyle w:val="Normal"/>
              <w:spacing w:before="360" w:after="360"/>
              <w:jc w:val="center"/>
              <w:rPr/>
            </w:pPr>
            <w:r>
              <w:rPr>
                <w:rFonts w:eastAsia="Arial" w:cs="Arial"/>
                <w:color w:val="4C6750"/>
                <w:spacing w:val="30"/>
                <w:sz w:val="16"/>
              </w:rPr>
              <w:t>YOUR LOGO HERE</w:t>
            </w:r>
          </w:p>
        </w:tc>
      </w:tr>
    </w:tbl>
    <w:p>
      <w:pPr>
        <w:pStyle w:val="Normal"/>
        <w:spacing w:before="280" w:after="0"/>
        <w:rPr/>
      </w:pPr>
      <w:r>
        <w:rPr/>
      </w:r>
    </w:p>
    <w:tbl>
      <w:tblPr>
        <w:tblW w:w="952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762"/>
        <w:gridCol w:w="4761"/>
      </w:tblGrid>
      <w:tr>
        <w:trPr/>
        <w:tc>
          <w:tcPr>
            <w:tcW w:w="4762" w:type="dxa"/>
            <w:tcBorders>
              <w:bottom w:val="single" w:sz="4" w:space="0" w:color="C7D2C9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Arial" w:cs="Arial"/>
                <w:b/>
                <w:color w:val="4C6750"/>
                <w:spacing w:val="20"/>
                <w:sz w:val="17"/>
              </w:rPr>
              <w:t>ATTENTION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  <w:tc>
          <w:tcPr>
            <w:tcW w:w="4761" w:type="dxa"/>
            <w:tcBorders>
              <w:bottom w:val="single" w:sz="4" w:space="0" w:color="C7D2C9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Arial" w:cs="Arial"/>
                <w:b/>
                <w:color w:val="4C6750"/>
                <w:spacing w:val="20"/>
                <w:sz w:val="17"/>
              </w:rPr>
              <w:t>FROM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</w:tr>
      <w:tr>
        <w:trPr/>
        <w:tc>
          <w:tcPr>
            <w:tcW w:w="4762" w:type="dxa"/>
            <w:tcBorders>
              <w:bottom w:val="single" w:sz="4" w:space="0" w:color="C7D2C9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Arial" w:cs="Arial"/>
                <w:b/>
                <w:color w:val="4C6750"/>
                <w:spacing w:val="20"/>
                <w:sz w:val="17"/>
              </w:rPr>
              <w:t>SEND FAX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  <w:tc>
          <w:tcPr>
            <w:tcW w:w="4761" w:type="dxa"/>
            <w:tcBorders>
              <w:bottom w:val="single" w:sz="4" w:space="0" w:color="C7D2C9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Arial" w:cs="Arial"/>
                <w:b/>
                <w:color w:val="4C6750"/>
                <w:spacing w:val="20"/>
                <w:sz w:val="17"/>
              </w:rPr>
              <w:t>PAGES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</w:tr>
      <w:tr>
        <w:trPr/>
        <w:tc>
          <w:tcPr>
            <w:tcW w:w="4762" w:type="dxa"/>
            <w:tcBorders>
              <w:bottom w:val="single" w:sz="4" w:space="0" w:color="C7D2C9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Arial" w:cs="Arial"/>
                <w:b/>
                <w:color w:val="4C6750"/>
                <w:spacing w:val="20"/>
                <w:sz w:val="17"/>
              </w:rPr>
              <w:t>RETURN FAX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  <w:tc>
          <w:tcPr>
            <w:tcW w:w="4761" w:type="dxa"/>
            <w:tcBorders>
              <w:bottom w:val="single" w:sz="4" w:space="0" w:color="C7D2C9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Arial" w:cs="Arial"/>
                <w:b/>
                <w:color w:val="4C6750"/>
                <w:spacing w:val="20"/>
                <w:sz w:val="17"/>
              </w:rPr>
              <w:t>DATE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</w:tr>
      <w:tr>
        <w:trPr/>
        <w:tc>
          <w:tcPr>
            <w:tcW w:w="4762" w:type="dxa"/>
            <w:tcBorders>
              <w:bottom w:val="single" w:sz="4" w:space="0" w:color="C7D2C9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Arial" w:cs="Arial"/>
                <w:b/>
                <w:color w:val="4C6750"/>
                <w:spacing w:val="20"/>
                <w:sz w:val="17"/>
              </w:rPr>
              <w:t>RE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  <w:tc>
          <w:tcPr>
            <w:tcW w:w="4761" w:type="dxa"/>
            <w:tcBorders>
              <w:bottom w:val="single" w:sz="4" w:space="0" w:color="C7D2C9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Arial" w:cs="Arial"/>
                <w:b/>
                <w:color w:val="4C6750"/>
                <w:spacing w:val="20"/>
                <w:sz w:val="17"/>
              </w:rPr>
              <w:t>CC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</w:tr>
    </w:tbl>
    <w:p>
      <w:pPr>
        <w:pStyle w:val="Normal"/>
        <w:spacing w:before="160" w:after="0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409"/>
        <w:gridCol w:w="2410"/>
        <w:gridCol w:w="2409"/>
        <w:gridCol w:w="2409"/>
      </w:tblGrid>
      <w:tr>
        <w:trPr/>
        <w:tc>
          <w:tcPr>
            <w:tcW w:w="2409" w:type="dxa"/>
            <w:tcBorders/>
          </w:tcPr>
          <w:p>
            <w:pPr>
              <w:pStyle w:val="Normal"/>
              <w:spacing w:before="80" w:after="80"/>
              <w:rPr/>
            </w:pPr>
            <w:r>
              <w:rPr>
                <w:rFonts w:eastAsia="Arial" w:cs="Arial"/>
                <w:color w:val="57755B"/>
                <w:sz w:val="21"/>
              </w:rPr>
              <w:t xml:space="preserve">☐  </w:t>
            </w:r>
            <w:r>
              <w:rPr>
                <w:rFonts w:eastAsia="Arial" w:cs="Arial"/>
                <w:color w:val="57755B"/>
                <w:sz w:val="21"/>
              </w:rPr>
              <w:t>Urgent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before="80" w:after="80"/>
              <w:rPr/>
            </w:pPr>
            <w:r>
              <w:rPr>
                <w:rFonts w:eastAsia="Arial" w:cs="Arial"/>
                <w:color w:val="57755B"/>
                <w:sz w:val="21"/>
              </w:rPr>
              <w:t xml:space="preserve">☐  </w:t>
            </w:r>
            <w:r>
              <w:rPr>
                <w:rFonts w:eastAsia="Arial" w:cs="Arial"/>
                <w:color w:val="57755B"/>
                <w:sz w:val="21"/>
              </w:rPr>
              <w:t>For Review</w:t>
            </w:r>
          </w:p>
        </w:tc>
        <w:tc>
          <w:tcPr>
            <w:tcW w:w="2409" w:type="dxa"/>
            <w:tcBorders/>
          </w:tcPr>
          <w:p>
            <w:pPr>
              <w:pStyle w:val="Normal"/>
              <w:spacing w:before="80" w:after="80"/>
              <w:rPr/>
            </w:pPr>
            <w:r>
              <w:rPr>
                <w:rFonts w:eastAsia="Arial" w:cs="Arial"/>
                <w:color w:val="57755B"/>
                <w:sz w:val="21"/>
              </w:rPr>
              <w:t xml:space="preserve">☐  </w:t>
            </w:r>
            <w:r>
              <w:rPr>
                <w:rFonts w:eastAsia="Arial" w:cs="Arial"/>
                <w:color w:val="57755B"/>
                <w:sz w:val="21"/>
              </w:rPr>
              <w:t>Please Comment</w:t>
            </w:r>
          </w:p>
        </w:tc>
        <w:tc>
          <w:tcPr>
            <w:tcW w:w="2409" w:type="dxa"/>
            <w:tcBorders/>
          </w:tcPr>
          <w:p>
            <w:pPr>
              <w:pStyle w:val="Normal"/>
              <w:spacing w:before="80" w:after="80"/>
              <w:rPr/>
            </w:pPr>
            <w:r>
              <w:rPr>
                <w:rFonts w:eastAsia="Arial" w:cs="Arial"/>
                <w:color w:val="57755B"/>
                <w:sz w:val="21"/>
              </w:rPr>
              <w:t xml:space="preserve">☐  </w:t>
            </w:r>
            <w:r>
              <w:rPr>
                <w:rFonts w:eastAsia="Arial" w:cs="Arial"/>
                <w:color w:val="57755B"/>
                <w:sz w:val="21"/>
              </w:rPr>
              <w:t>Please Reply</w:t>
            </w:r>
          </w:p>
        </w:tc>
      </w:tr>
      <w:tr>
        <w:trPr/>
        <w:tc>
          <w:tcPr>
            <w:tcW w:w="9637" w:type="dxa"/>
            <w:gridSpan w:val="4"/>
            <w:tcBorders>
              <w:bottom w:val="single" w:sz="4" w:space="0" w:color="C7D2C9"/>
            </w:tcBorders>
          </w:tcPr>
          <w:p>
            <w:pPr>
              <w:pStyle w:val="Normal"/>
              <w:spacing w:before="40" w:after="0"/>
              <w:rPr/>
            </w:pPr>
            <w:r>
              <w:rPr/>
            </w:r>
          </w:p>
        </w:tc>
      </w:tr>
    </w:tbl>
    <w:p>
      <w:pPr>
        <w:pStyle w:val="Normal"/>
        <w:spacing w:before="240" w:after="80"/>
        <w:rPr/>
      </w:pPr>
      <w:r>
        <w:rPr>
          <w:rFonts w:eastAsia="Arial" w:cs="Arial"/>
          <w:b/>
          <w:color w:val="4C6750"/>
          <w:spacing w:val="20"/>
          <w:sz w:val="19"/>
        </w:rPr>
        <w:t>COMMENTS</w:t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638"/>
      </w:tblGrid>
      <w:tr>
        <w:trPr/>
        <w:tc>
          <w:tcPr>
            <w:tcW w:w="9638" w:type="dxa"/>
            <w:tcBorders>
              <w:top w:val="single" w:sz="4" w:space="0" w:color="C7D2C9"/>
              <w:left w:val="single" w:sz="4" w:space="0" w:color="C7D2C9"/>
              <w:bottom w:val="single" w:sz="4" w:space="0" w:color="C7D2C9"/>
              <w:right w:val="single" w:sz="4" w:space="0" w:color="C7D2C9"/>
            </w:tcBorders>
          </w:tcPr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</w:tc>
      </w:tr>
    </w:tbl>
    <w:p>
      <w:pPr>
        <w:pStyle w:val="Normal"/>
        <w:spacing w:before="200" w:after="0"/>
        <w:rPr/>
      </w:pPr>
      <w:r>
        <w:rPr>
          <w:rFonts w:eastAsia="Arial" w:cs="Arial"/>
          <w:i/>
          <w:color w:val="4C6750"/>
          <w:sz w:val="16"/>
        </w:rPr>
        <w:t>Confidential — for the named recipient only.</w:t>
      </w:r>
    </w:p>
    <w:sectPr>
      <w:type w:val="nextPage"/>
      <w:pgSz w:w="12240" w:h="15840"/>
      <w:pgMar w:left="864" w:right="864" w:gutter="0" w:header="0" w:top="864" w:footer="0" w:bottom="86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nos">
    <w:charset w:val="01"/>
    <w:family w:val="roman"/>
    <w:pitch w:val="variable"/>
  </w:font>
  <w:font w:name="Cambria">
    <w:charset w:val="01"/>
    <w:family w:val="roman"/>
    <w:pitch w:val="variable"/>
  </w:font>
  <w:font w:name="Arial">
    <w:charset w:val="01"/>
    <w:family w:val="roman"/>
    <w:pitch w:val="variable"/>
  </w:font>
  <w:font w:name="Calibri">
    <w:charset w:val="01"/>
    <w:family w:val="roman"/>
    <w:pitch w:val="variable"/>
  </w:font>
  <w:font w:name="Courier">
    <w:altName w:val="Courier New"/>
    <w:charset w:val="01"/>
    <w:family w:val="roman"/>
    <w:pitch w:val="variable"/>
  </w:font>
  <w:font w:name="Arimo">
    <w:altName w:val="arial"/>
    <w:charset w:val="01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ＭＳ 明朝" w:cs="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c693f"/>
    <w:pPr>
      <w:widowControl/>
      <w:bidi w:val="0"/>
      <w:spacing w:lineRule="auto" w:line="276" w:before="0" w:after="200"/>
      <w:jc w:val="left"/>
    </w:pPr>
    <w:rPr>
      <w:rFonts w:ascii="Arial" w:hAnsi="Arial" w:eastAsia="ＭＳ 明朝" w:cs="" w:cstheme="minorBidi" w:eastAsiaTheme="minorEastAsia"/>
      <w:color w:val="auto"/>
      <w:kern w:val="0"/>
      <w:sz w:val="22"/>
      <w:szCs w:val="22"/>
      <w:lang w:val="en-US" w:eastAsia="en-US"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 w:val="true"/>
      <w:keepLines/>
      <w:spacing w:before="480" w:after="0"/>
      <w:outlineLvl w:val="0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 w:val="true"/>
      <w:keepLines/>
      <w:spacing w:before="200" w:after="0"/>
      <w:outlineLvl w:val="1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 w:val="true"/>
      <w:keepLines/>
      <w:spacing w:before="200" w:after="0"/>
      <w:outlineLvl w:val="2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 w:val="true"/>
      <w:keepLines/>
      <w:spacing w:before="200" w:after="0"/>
      <w:outlineLvl w:val="3"/>
    </w:pPr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themeColor="accent1"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 w:val="true"/>
      <w:keepLines/>
      <w:spacing w:before="200" w:after="0"/>
      <w:outlineLvl w:val="4"/>
    </w:pPr>
    <w:rPr>
      <w:rFonts w:ascii="Calibri" w:hAnsi="Calibri" w:eastAsia="ＭＳ ゴシック" w:cs="" w:asciiTheme="majorHAnsi" w:cstheme="majorBidi" w:eastAsiaTheme="majorEastAsia" w:hAnsiTheme="majorHAnsi"/>
      <w:color w:themeColor="accent1" w:themeShade="7f" w:val="243F6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 w:val="true"/>
      <w:keepLines/>
      <w:spacing w:before="200" w:after="0"/>
      <w:outlineLvl w:val="5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themeShade="7f"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 w:val="true"/>
      <w:keepLines/>
      <w:spacing w:before="200" w:after="0"/>
      <w:outlineLvl w:val="6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 w:val="true"/>
      <w:keepLines/>
      <w:spacing w:before="200" w:after="0"/>
      <w:outlineLvl w:val="7"/>
    </w:pPr>
    <w:rPr>
      <w:rFonts w:ascii="Calibri" w:hAnsi="Calibri" w:eastAsia="ＭＳ ゴシック" w:cs="" w:asciiTheme="majorHAnsi" w:cstheme="majorBidi" w:eastAsiaTheme="majorEastAsia" w:hAnsiTheme="majorHAnsi"/>
      <w:color w:themeColor="accent1" w:val="4F81BD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 w:val="true"/>
      <w:keepLines/>
      <w:spacing w:before="200" w:after="0"/>
      <w:outlineLvl w:val="8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618bf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618bf"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</w:rPr>
  </w:style>
  <w:style w:type="character" w:styleId="TitleChar" w:customStyle="1">
    <w:name w:val="Title Char"/>
    <w:basedOn w:val="DefaultParagraphFont"/>
    <w:link w:val="Title"/>
    <w:uiPriority w:val="10"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character" w:styleId="BodyTextChar" w:customStyle="1">
    <w:name w:val="Body Text Char"/>
    <w:basedOn w:val="DefaultParagraphFont"/>
    <w:uiPriority w:val="99"/>
    <w:qFormat/>
    <w:rsid w:val="00aa1d8d"/>
    <w:rPr/>
  </w:style>
  <w:style w:type="character" w:styleId="BodyText2Char" w:customStyle="1">
    <w:name w:val="Body Text 2 Char"/>
    <w:basedOn w:val="DefaultParagraphFont"/>
    <w:link w:val="BodyText2"/>
    <w:uiPriority w:val="99"/>
    <w:qFormat/>
    <w:rsid w:val="00aa1d8d"/>
    <w:rPr/>
  </w:style>
  <w:style w:type="character" w:styleId="BodyText3Char" w:customStyle="1">
    <w:name w:val="Body Text 3 Char"/>
    <w:basedOn w:val="DefaultParagraphFont"/>
    <w:link w:val="BodyText3"/>
    <w:uiPriority w:val="99"/>
    <w:qFormat/>
    <w:rsid w:val="00aa1d8d"/>
    <w:rPr>
      <w:sz w:val="16"/>
      <w:szCs w:val="16"/>
    </w:rPr>
  </w:style>
  <w:style w:type="character" w:styleId="MacroTextChar" w:customStyle="1">
    <w:name w:val="Macro Text Char"/>
    <w:basedOn w:val="DefaultParagraphFont"/>
    <w:link w:val="macro"/>
    <w:uiPriority w:val="99"/>
    <w:qFormat/>
    <w:rsid w:val="0029639d"/>
    <w:rPr>
      <w:rFonts w:ascii="Courier" w:hAnsi="Courier"/>
      <w:sz w:val="20"/>
      <w:szCs w:val="20"/>
    </w:rPr>
  </w:style>
  <w:style w:type="character" w:styleId="QuoteChar" w:customStyle="1">
    <w:name w:val="Quote Char"/>
    <w:basedOn w:val="DefaultParagraphFont"/>
    <w:link w:val="Quote"/>
    <w:uiPriority w:val="29"/>
    <w:qFormat/>
    <w:rsid w:val="00fc693f"/>
    <w:rPr>
      <w:i/>
      <w:iCs/>
      <w:color w:themeColor="text1" w:val="000000"/>
    </w:rPr>
  </w:style>
  <w:style w:type="character" w:styleId="Heading4Char" w:customStyle="1">
    <w:name w:val="Heading 4 Char"/>
    <w:basedOn w:val="DefaultParagraphFont"/>
    <w:link w:val="Heading4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themeColor="accent1" w:val="4F81BD"/>
    </w:rPr>
  </w:style>
  <w:style w:type="character" w:styleId="Heading5Char" w:customStyle="1">
    <w:name w:val="Heading 5 Char"/>
    <w:basedOn w:val="DefaultParagraphFont"/>
    <w:link w:val="Heading5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accent1" w:themeShade="7f" w:val="243F60"/>
    </w:rPr>
  </w:style>
  <w:style w:type="character" w:styleId="Heading6Char" w:customStyle="1">
    <w:name w:val="Heading 6 Char"/>
    <w:basedOn w:val="DefaultParagraphFont"/>
    <w:link w:val="Heading6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themeShade="7f" w:val="243F60"/>
    </w:rPr>
  </w:style>
  <w:style w:type="character" w:styleId="Heading7Char" w:customStyle="1">
    <w:name w:val="Heading 7 Char"/>
    <w:basedOn w:val="DefaultParagraphFont"/>
    <w:link w:val="Heading7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</w:rPr>
  </w:style>
  <w:style w:type="character" w:styleId="Heading8Char" w:customStyle="1">
    <w:name w:val="Heading 8 Char"/>
    <w:basedOn w:val="DefaultParagraphFont"/>
    <w:link w:val="Heading8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accent1" w:val="4F81BD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character" w:styleId="IntenseQuoteChar" w:customStyle="1">
    <w:name w:val="Intense Quote Char"/>
    <w:basedOn w:val="DefaultParagraphFont"/>
    <w:link w:val="IntenseQuote"/>
    <w:uiPriority w:val="30"/>
    <w:qFormat/>
    <w:rsid w:val="00fc693f"/>
    <w:rPr>
      <w:b/>
      <w:bCs/>
      <w:i/>
      <w:iCs/>
      <w:color w:themeColor="accent1" w:val="4F81BD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Arimo" w:hAnsi="Arimo" w:eastAsia="DejaVu Sans" w:cs="Baloo 2"/>
      <w:sz w:val="28"/>
      <w:szCs w:val="28"/>
    </w:r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before="0" w:after="120"/>
    </w:pPr>
    <w:rPr/>
  </w:style>
  <w:style w:type="paragraph" w:styleId="List">
    <w:name w:val="List"/>
    <w:basedOn w:val="Normal"/>
    <w:uiPriority w:val="99"/>
    <w:unhideWhenUsed/>
    <w:rsid w:val="00aa1d8d"/>
    <w:pPr>
      <w:spacing w:before="0" w:after="200"/>
      <w:ind w:hanging="360" w:left="360"/>
      <w:contextualSpacing/>
    </w:pPr>
    <w:rPr/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Rule="auto" w:line="240"/>
    </w:pPr>
    <w:rPr>
      <w:b/>
      <w:bCs/>
      <w:color w:themeColor="accent1" w:val="4F81BD"/>
      <w:sz w:val="18"/>
      <w:szCs w:val="18"/>
    </w:rPr>
  </w:style>
  <w:style w:type="paragraph" w:styleId="Index">
    <w:name w:val="Index"/>
    <w:basedOn w:val="Normal"/>
    <w:qFormat/>
    <w:pPr>
      <w:suppressLineNumbers/>
    </w:pPr>
    <w:rPr>
      <w:rFonts w:cs="Baloo 2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NoSpacing">
    <w:name w:val="No Spacing"/>
    <w:uiPriority w:val="1"/>
    <w:qFormat/>
    <w:rsid w:val="00fc693f"/>
    <w:pPr>
      <w:widowControl/>
      <w:bidi w:val="0"/>
      <w:spacing w:lineRule="auto" w:line="240" w:before="0" w:after="0"/>
      <w:jc w:val="left"/>
    </w:pPr>
    <w:rPr>
      <w:rFonts w:ascii="Cambria" w:hAnsi="Cambria" w:eastAsia="ＭＳ 明朝" w:cs="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lineRule="auto" w:line="240" w:before="0" w:after="300"/>
      <w:contextualSpacing/>
    </w:pPr>
    <w:rPr>
      <w:rFonts w:ascii="Calibri" w:hAnsi="Calibri" w:eastAsia="ＭＳ ゴシック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spacing w:before="0" w:after="200"/>
      <w:ind w:left="720"/>
      <w:contextualSpacing/>
    </w:pPr>
    <w:rPr/>
  </w:style>
  <w:style w:type="paragraph" w:styleId="BodyText2">
    <w:name w:val="Body Text 2"/>
    <w:basedOn w:val="Normal"/>
    <w:link w:val="BodyText2Char"/>
    <w:uiPriority w:val="99"/>
    <w:unhideWhenUsed/>
    <w:qFormat/>
    <w:rsid w:val="00aa1d8d"/>
    <w:pPr>
      <w:spacing w:lineRule="auto" w:line="480" w:before="0" w:after="120"/>
    </w:pPr>
    <w:rPr/>
  </w:style>
  <w:style w:type="paragraph" w:styleId="BodyText3">
    <w:name w:val="Body Text 3"/>
    <w:basedOn w:val="Normal"/>
    <w:link w:val="BodyText3Char"/>
    <w:uiPriority w:val="99"/>
    <w:unhideWhenUsed/>
    <w:qFormat/>
    <w:rsid w:val="00aa1d8d"/>
    <w:pPr>
      <w:spacing w:before="0" w:after="120"/>
    </w:pPr>
    <w:rPr>
      <w:sz w:val="16"/>
      <w:szCs w:val="16"/>
    </w:rPr>
  </w:style>
  <w:style w:type="paragraph" w:styleId="List2">
    <w:name w:val="List 2"/>
    <w:basedOn w:val="Normal"/>
    <w:uiPriority w:val="99"/>
    <w:unhideWhenUsed/>
    <w:qFormat/>
    <w:rsid w:val="00326f90"/>
    <w:pPr>
      <w:spacing w:before="0" w:after="200"/>
      <w:ind w:hanging="360" w:left="720"/>
      <w:contextualSpacing/>
    </w:pPr>
    <w:rPr/>
  </w:style>
  <w:style w:type="paragraph" w:styleId="List3">
    <w:name w:val="List 3"/>
    <w:basedOn w:val="Normal"/>
    <w:uiPriority w:val="99"/>
    <w:unhideWhenUsed/>
    <w:qFormat/>
    <w:rsid w:val="00326f90"/>
    <w:pPr>
      <w:spacing w:before="0" w:after="200"/>
      <w:ind w:hanging="360" w:left="1080"/>
      <w:contextualSpacing/>
    </w:pPr>
    <w:rPr/>
  </w:style>
  <w:style w:type="paragraph" w:styleId="ListBullet">
    <w:name w:val="List Bullet"/>
    <w:basedOn w:val="Normal"/>
    <w:uiPriority w:val="99"/>
    <w:unhideWhenUsed/>
    <w:rsid w:val="00326f90"/>
    <w:pPr>
      <w:numPr>
        <w:ilvl w:val="0"/>
        <w:numId w:val="1"/>
      </w:numPr>
      <w:spacing w:before="0" w:after="200"/>
      <w:contextualSpacing/>
    </w:pPr>
    <w:rPr/>
  </w:style>
  <w:style w:type="paragraph" w:styleId="ListBullet2">
    <w:name w:val="List Bullet 2"/>
    <w:basedOn w:val="Normal"/>
    <w:uiPriority w:val="99"/>
    <w:unhideWhenUsed/>
    <w:rsid w:val="00326f90"/>
    <w:pPr>
      <w:numPr>
        <w:ilvl w:val="0"/>
        <w:numId w:val="2"/>
      </w:numPr>
      <w:spacing w:before="0" w:after="200"/>
      <w:contextualSpacing/>
    </w:pPr>
    <w:rPr/>
  </w:style>
  <w:style w:type="paragraph" w:styleId="ListBullet3">
    <w:name w:val="List Bullet 3"/>
    <w:basedOn w:val="Normal"/>
    <w:uiPriority w:val="99"/>
    <w:unhideWhenUsed/>
    <w:rsid w:val="00326f90"/>
    <w:pPr>
      <w:numPr>
        <w:ilvl w:val="0"/>
        <w:numId w:val="3"/>
      </w:numPr>
      <w:spacing w:before="0" w:after="200"/>
      <w:contextualSpacing/>
    </w:pPr>
    <w:rPr/>
  </w:style>
  <w:style w:type="paragraph" w:styleId="ListNumber">
    <w:name w:val="List Number"/>
    <w:basedOn w:val="Normal"/>
    <w:uiPriority w:val="99"/>
    <w:unhideWhenUsed/>
    <w:rsid w:val="00326f90"/>
    <w:pPr>
      <w:numPr>
        <w:ilvl w:val="0"/>
        <w:numId w:val="4"/>
      </w:numPr>
      <w:spacing w:before="0" w:after="200"/>
      <w:contextualSpacing/>
    </w:pPr>
    <w:rPr/>
  </w:style>
  <w:style w:type="paragraph" w:styleId="ListNumber2">
    <w:name w:val="List Number 2"/>
    <w:basedOn w:val="Normal"/>
    <w:uiPriority w:val="99"/>
    <w:unhideWhenUsed/>
    <w:rsid w:val="0029639d"/>
    <w:pPr>
      <w:numPr>
        <w:ilvl w:val="0"/>
        <w:numId w:val="5"/>
      </w:numPr>
      <w:spacing w:before="0" w:after="200"/>
      <w:contextualSpacing/>
    </w:pPr>
    <w:rPr/>
  </w:style>
  <w:style w:type="paragraph" w:styleId="ListNumber3">
    <w:name w:val="List Number 3"/>
    <w:basedOn w:val="Normal"/>
    <w:uiPriority w:val="99"/>
    <w:unhideWhenUsed/>
    <w:rsid w:val="0029639d"/>
    <w:pPr>
      <w:numPr>
        <w:ilvl w:val="0"/>
        <w:numId w:val="6"/>
      </w:numPr>
      <w:spacing w:before="0" w:after="200"/>
      <w:contextualSpacing/>
    </w:pPr>
    <w:rPr/>
  </w:style>
  <w:style w:type="paragraph" w:styleId="ListContinue">
    <w:name w:val="List Continue"/>
    <w:basedOn w:val="Normal"/>
    <w:uiPriority w:val="99"/>
    <w:unhideWhenUsed/>
    <w:rsid w:val="0029639d"/>
    <w:pPr>
      <w:spacing w:before="0" w:after="120"/>
      <w:ind w:left="360"/>
      <w:contextualSpacing/>
    </w:pPr>
    <w:rPr/>
  </w:style>
  <w:style w:type="paragraph" w:styleId="ListContinue2">
    <w:name w:val="List Continue 2"/>
    <w:basedOn w:val="Normal"/>
    <w:uiPriority w:val="99"/>
    <w:unhideWhenUsed/>
    <w:rsid w:val="0029639d"/>
    <w:pPr>
      <w:spacing w:before="0" w:after="120"/>
      <w:ind w:left="720"/>
      <w:contextualSpacing/>
    </w:pPr>
    <w:rPr/>
  </w:style>
  <w:style w:type="paragraph" w:styleId="ListContinue3">
    <w:name w:val="List Continue 3"/>
    <w:basedOn w:val="Normal"/>
    <w:uiPriority w:val="99"/>
    <w:unhideWhenUsed/>
    <w:rsid w:val="0029639d"/>
    <w:pPr>
      <w:spacing w:before="0" w:after="120"/>
      <w:ind w:left="1080"/>
      <w:contextualSpacing/>
    </w:pPr>
    <w:rPr/>
  </w:style>
  <w:style w:type="paragraph" w:styleId="macro">
    <w:name w:val="macro"/>
    <w:link w:val="MacroTextChar"/>
    <w:uiPriority w:val="99"/>
    <w:unhideWhenUsed/>
    <w:qFormat/>
    <w:rsid w:val="0029639d"/>
    <w:pPr>
      <w:widowControl/>
      <w:tabs>
        <w:tab w:val="clear" w:pos="720"/>
        <w:tab w:val="left" w:pos="576" w:leader="none"/>
        <w:tab w:val="left" w:pos="1152" w:leader="none"/>
        <w:tab w:val="left" w:pos="1728" w:leader="none"/>
        <w:tab w:val="left" w:pos="2304" w:leader="none"/>
        <w:tab w:val="left" w:pos="2880" w:leader="none"/>
        <w:tab w:val="left" w:pos="3456" w:leader="none"/>
        <w:tab w:val="left" w:pos="4032" w:leader="none"/>
      </w:tabs>
      <w:bidi w:val="0"/>
      <w:spacing w:lineRule="auto" w:line="276" w:before="0" w:after="200"/>
      <w:jc w:val="left"/>
    </w:pPr>
    <w:rPr>
      <w:rFonts w:ascii="Courier" w:hAnsi="Courier" w:eastAsia="ＭＳ 明朝" w:cs="" w:cstheme="minorBidi" w:eastAsiaTheme="minorEastAsia"/>
      <w:color w:val="auto"/>
      <w:kern w:val="0"/>
      <w:sz w:val="20"/>
      <w:szCs w:val="20"/>
      <w:lang w:val="en-US" w:eastAsia="en-US" w:bidi="ar-SA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pPr/>
    <w:rPr>
      <w:i/>
      <w:iCs/>
      <w:color w:themeColor="text1" w:val="00000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themeColor="accent1" w:val="4F81BD"/>
    </w:rPr>
  </w:style>
  <w:style w:type="paragraph" w:styleId="IndexHeading">
    <w:name w:val="Index Heading"/>
    <w:basedOn w:val="Heading"/>
    <w:pPr/>
    <w:rPr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404040" w:themeColor="text1" w:sz="8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sz="6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7BA0CD" w:themeColor="accent1" w:sz="8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sz="6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CF7B79" w:themeColor="accent2" w:sz="8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sz="6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B3CC82" w:themeColor="accent3" w:sz="8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sz="6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9F8AB9" w:themeColor="accent4" w:sz="8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sz="6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78C0D4" w:themeColor="accent5" w:sz="8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sz="6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F9B074" w:themeColor="accent6" w:sz="8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sz="6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404040" w:themeColor="tex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BA0CD" w:themeColor="accen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CF7B79" w:themeColor="accent2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B3CC82" w:themeColor="accent3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9F8AB9" w:themeColor="accent4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8C0D4" w:themeColor="accent5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F9B074" w:themeColor="accent6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LibreOffice/24.2.7.2$Linux_AARCH64 LibreOffice_project/420$Build-2</Application>
  <AppVersion>15.0000</AppVersion>
  <Pages>1</Pages>
  <Words>0</Words>
  <Characters>0</Characters>
  <CharactersWithSpaces>0</CharactersWithSpace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dc:language>en-US</dc:language>
  <cp:lastModifiedBy/>
  <dcterms:modified xsi:type="dcterms:W3CDTF">2013-12-23T23:15:00Z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