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  <w:spacing w:before="200" w:after="0"/>
      </w:pPr>
      <w:r>
        <w:rPr>
          <w:rFonts w:ascii="Times New Roman" w:hAnsi="Times New Roman" w:cs="Times New Roman" w:eastAsia="Times New Roman"/>
          <w:b/>
          <w:color w:val="404D73"/>
          <w:sz w:val="18"/>
          <w:spacing w:val="40"/>
        </w:rPr>
        <w:t>—  FACSIMILE TRANSMISSION  —</w:t>
      </w:r>
    </w:p>
    <w:p>
      <w:pPr>
        <w:jc w:val="center"/>
        <w:spacing w:before="80" w:after="80"/>
      </w:pPr>
      <w:r>
        <w:rPr>
          <w:rFonts w:ascii="Times New Roman" w:hAnsi="Times New Roman" w:cs="Times New Roman" w:eastAsia="Times New Roman"/>
          <w:b/>
          <w:color w:val="1F2C5C"/>
          <w:sz w:val="88"/>
        </w:rPr>
        <w:t>FACSIMILE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7370"/>
      </w:tblGrid>
      <w:tr>
        <w:tc>
          <w:tcPr>
            <w:tcW w:type="dxa" w:w="7370"/>
            <w:tcBorders>
              <w:top w:val="nil"/>
              <w:left w:val="nil"/>
              <w:bottom w:val="single" w:sz="16" w:color="1F2C5C"/>
              <w:right w:val="nil"/>
            </w:tcBorders>
          </w:tcPr>
          <w:p>
            <w:pPr>
              <w:spacing w:before="0" w:after="0"/>
            </w:pPr>
          </w:p>
        </w:tc>
      </w:tr>
    </w:tbl>
    <w:p>
      <w:pPr>
        <w:spacing w:before="280" w:after="0"/>
      </w:pP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4762"/>
        <w:gridCol w:w="4762"/>
      </w:tblGrid>
      <w:tr>
        <w:tc>
          <w:tcPr>
            <w:tcW w:type="dxa" w:w="4762"/>
            <w:tcBorders>
              <w:top w:val="nil"/>
              <w:left w:val="nil"/>
              <w:bottom w:val="single" w:sz="4" w:color="C7CCDB"/>
              <w:right w:val="nil"/>
            </w:tcBorders>
          </w:tcPr>
          <w:p>
            <w:pPr>
              <w:spacing w:before="160" w:after="40"/>
            </w:pPr>
            <w:r>
              <w:rPr>
                <w:rFonts w:ascii="Times New Roman" w:hAnsi="Times New Roman" w:cs="Times New Roman" w:eastAsia="Times New Roman"/>
                <w:b/>
                <w:color w:val="404D73"/>
                <w:sz w:val="17"/>
                <w:spacing w:val="20"/>
              </w:rPr>
              <w:t>ATTENTION</w:t>
            </w:r>
          </w:p>
          <w:p>
            <w:pPr>
              <w:spacing w:before="0" w:after="16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C7CCDB"/>
              <w:right w:val="nil"/>
            </w:tcBorders>
          </w:tcPr>
          <w:p>
            <w:pPr>
              <w:spacing w:before="160" w:after="40"/>
            </w:pPr>
            <w:r>
              <w:rPr>
                <w:rFonts w:ascii="Times New Roman" w:hAnsi="Times New Roman" w:cs="Times New Roman" w:eastAsia="Times New Roman"/>
                <w:b/>
                <w:color w:val="404D73"/>
                <w:sz w:val="17"/>
                <w:spacing w:val="20"/>
              </w:rPr>
              <w:t>FROM</w:t>
            </w:r>
          </w:p>
          <w:p>
            <w:pPr>
              <w:spacing w:before="0" w:after="16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</w:tc>
      </w:tr>
      <w:tr>
        <w:tc>
          <w:tcPr>
            <w:tcW w:type="dxa" w:w="4762"/>
            <w:tcBorders>
              <w:top w:val="nil"/>
              <w:left w:val="nil"/>
              <w:bottom w:val="single" w:sz="4" w:color="C7CCDB"/>
              <w:right w:val="nil"/>
            </w:tcBorders>
          </w:tcPr>
          <w:p>
            <w:pPr>
              <w:spacing w:before="160" w:after="40"/>
            </w:pPr>
            <w:r>
              <w:rPr>
                <w:rFonts w:ascii="Times New Roman" w:hAnsi="Times New Roman" w:cs="Times New Roman" w:eastAsia="Times New Roman"/>
                <w:b/>
                <w:color w:val="404D73"/>
                <w:sz w:val="17"/>
                <w:spacing w:val="20"/>
              </w:rPr>
              <w:t>SEND FAX</w:t>
            </w:r>
          </w:p>
          <w:p>
            <w:pPr>
              <w:spacing w:before="0" w:after="16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C7CCDB"/>
              <w:right w:val="nil"/>
            </w:tcBorders>
          </w:tcPr>
          <w:p>
            <w:pPr>
              <w:spacing w:before="160" w:after="40"/>
            </w:pPr>
            <w:r>
              <w:rPr>
                <w:rFonts w:ascii="Times New Roman" w:hAnsi="Times New Roman" w:cs="Times New Roman" w:eastAsia="Times New Roman"/>
                <w:b/>
                <w:color w:val="404D73"/>
                <w:sz w:val="17"/>
                <w:spacing w:val="20"/>
              </w:rPr>
              <w:t>PAGES</w:t>
            </w:r>
          </w:p>
          <w:p>
            <w:pPr>
              <w:spacing w:before="0" w:after="16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</w:tc>
      </w:tr>
      <w:tr>
        <w:tc>
          <w:tcPr>
            <w:tcW w:type="dxa" w:w="4762"/>
            <w:tcBorders>
              <w:top w:val="nil"/>
              <w:left w:val="nil"/>
              <w:bottom w:val="single" w:sz="4" w:color="C7CCDB"/>
              <w:right w:val="nil"/>
            </w:tcBorders>
          </w:tcPr>
          <w:p>
            <w:pPr>
              <w:spacing w:before="160" w:after="40"/>
            </w:pPr>
            <w:r>
              <w:rPr>
                <w:rFonts w:ascii="Times New Roman" w:hAnsi="Times New Roman" w:cs="Times New Roman" w:eastAsia="Times New Roman"/>
                <w:b/>
                <w:color w:val="404D73"/>
                <w:sz w:val="17"/>
                <w:spacing w:val="20"/>
              </w:rPr>
              <w:t>RETURN FAX</w:t>
            </w:r>
          </w:p>
          <w:p>
            <w:pPr>
              <w:spacing w:before="0" w:after="16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C7CCDB"/>
              <w:right w:val="nil"/>
            </w:tcBorders>
          </w:tcPr>
          <w:p>
            <w:pPr>
              <w:spacing w:before="160" w:after="40"/>
            </w:pPr>
            <w:r>
              <w:rPr>
                <w:rFonts w:ascii="Times New Roman" w:hAnsi="Times New Roman" w:cs="Times New Roman" w:eastAsia="Times New Roman"/>
                <w:b/>
                <w:color w:val="404D73"/>
                <w:sz w:val="17"/>
                <w:spacing w:val="20"/>
              </w:rPr>
              <w:t>DATE</w:t>
            </w:r>
          </w:p>
          <w:p>
            <w:pPr>
              <w:spacing w:before="0" w:after="16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</w:tc>
      </w:tr>
      <w:tr>
        <w:tc>
          <w:tcPr>
            <w:tcW w:type="dxa" w:w="4762"/>
            <w:tcBorders>
              <w:top w:val="nil"/>
              <w:left w:val="nil"/>
              <w:bottom w:val="single" w:sz="4" w:color="C7CCDB"/>
              <w:right w:val="nil"/>
            </w:tcBorders>
          </w:tcPr>
          <w:p>
            <w:pPr>
              <w:spacing w:before="160" w:after="40"/>
            </w:pPr>
            <w:r>
              <w:rPr>
                <w:rFonts w:ascii="Times New Roman" w:hAnsi="Times New Roman" w:cs="Times New Roman" w:eastAsia="Times New Roman"/>
                <w:b/>
                <w:color w:val="404D73"/>
                <w:sz w:val="17"/>
                <w:spacing w:val="20"/>
              </w:rPr>
              <w:t>RE</w:t>
            </w:r>
          </w:p>
          <w:p>
            <w:pPr>
              <w:spacing w:before="0" w:after="16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C7CCDB"/>
              <w:right w:val="nil"/>
            </w:tcBorders>
          </w:tcPr>
          <w:p>
            <w:pPr>
              <w:spacing w:before="160" w:after="40"/>
            </w:pPr>
            <w:r>
              <w:rPr>
                <w:rFonts w:ascii="Times New Roman" w:hAnsi="Times New Roman" w:cs="Times New Roman" w:eastAsia="Times New Roman"/>
                <w:b/>
                <w:color w:val="404D73"/>
                <w:sz w:val="17"/>
                <w:spacing w:val="20"/>
              </w:rPr>
              <w:t>CC</w:t>
            </w:r>
          </w:p>
          <w:p>
            <w:pPr>
              <w:spacing w:before="0" w:after="16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</w:tc>
      </w:tr>
    </w:tbl>
    <w:p>
      <w:pPr>
        <w:spacing w:before="160" w:after="0"/>
      </w:pP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381"/>
        <w:gridCol w:w="2381"/>
        <w:gridCol w:w="2381"/>
        <w:gridCol w:w="2381"/>
      </w:tblGrid>
      <w:tr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Times New Roman" w:hAnsi="Times New Roman" w:cs="Times New Roman" w:eastAsia="Times New Roman"/>
                <w:color w:val="1F2C5C"/>
                <w:sz w:val="21"/>
              </w:rPr>
              <w:t>☐  Urgent</w:t>
            </w:r>
          </w:p>
        </w:tc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Times New Roman" w:hAnsi="Times New Roman" w:cs="Times New Roman" w:eastAsia="Times New Roman"/>
                <w:color w:val="1F2C5C"/>
                <w:sz w:val="21"/>
              </w:rPr>
              <w:t>☐  For Review</w:t>
            </w:r>
          </w:p>
        </w:tc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Times New Roman" w:hAnsi="Times New Roman" w:cs="Times New Roman" w:eastAsia="Times New Roman"/>
                <w:color w:val="1F2C5C"/>
                <w:sz w:val="21"/>
              </w:rPr>
              <w:t>☐  Please Comment</w:t>
            </w:r>
          </w:p>
        </w:tc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Times New Roman" w:hAnsi="Times New Roman" w:cs="Times New Roman" w:eastAsia="Times New Roman"/>
                <w:color w:val="1F2C5C"/>
                <w:sz w:val="21"/>
              </w:rPr>
              <w:t>☐  Please Reply</w:t>
            </w:r>
          </w:p>
        </w:tc>
      </w:tr>
    </w:tbl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tcBorders>
              <w:top w:val="nil"/>
              <w:left w:val="nil"/>
              <w:bottom w:val="single" w:sz="4" w:color="C7CCDB"/>
              <w:right w:val="nil"/>
            </w:tcBorders>
          </w:tcPr>
          <w:p>
            <w:pPr>
              <w:spacing w:before="40" w:after="0"/>
            </w:pPr>
          </w:p>
        </w:tc>
      </w:tr>
    </w:tbl>
    <w:p>
      <w:pPr>
        <w:spacing w:before="240" w:after="80"/>
      </w:pPr>
      <w:r>
        <w:rPr>
          <w:rFonts w:ascii="Times New Roman" w:hAnsi="Times New Roman" w:cs="Times New Roman" w:eastAsia="Times New Roman"/>
          <w:b/>
          <w:color w:val="404D73"/>
          <w:sz w:val="19"/>
          <w:spacing w:val="20"/>
        </w:rPr>
        <w:t>COMMENTS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tcBorders>
              <w:top w:val="single" w:sz="4" w:color="C7CCDB"/>
              <w:left w:val="single" w:sz="4" w:color="C7CCDB"/>
              <w:bottom w:val="single" w:sz="4" w:color="C7CCDB"/>
              <w:right w:val="single" w:sz="4" w:color="C7CCDB"/>
            </w:tcBorders>
          </w:tcPr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</w:tc>
      </w:tr>
    </w:tbl>
    <w:p>
      <w:pPr>
        <w:spacing w:before="80" w:after="0"/>
      </w:pPr>
      <w:r>
        <w:rPr>
          <w:rFonts w:ascii="Times New Roman" w:hAnsi="Times New Roman" w:cs="Times New Roman" w:eastAsia="Times New Roman"/>
          <w:i/>
          <w:color w:val="404D73"/>
          <w:sz w:val="16"/>
        </w:rPr>
        <w:t>Confidential — for the named recipient only.</w:t>
      </w:r>
    </w:p>
    <w:sectPr w:rsidR="00FC693F" w:rsidRPr="0006063C" w:rsidSect="00034616">
      <w:pgSz w:w="12240" w:h="15840"/>
      <w:pgMar w:top="864" w:right="864" w:bottom="864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