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87"/>
        <w:gridCol w:w="8049"/>
      </w:tblGrid>
      <w:tr>
        <w:trPr/>
        <w:tc>
          <w:tcPr>
            <w:tcW w:w="1587" w:type="dxa"/>
            <w:tcBorders/>
            <w:shd w:color="auto" w:fill="D99826" w:val="clear"/>
            <w:vAlign w:val="center"/>
          </w:tcPr>
          <w:p>
            <w:pPr>
              <w:pStyle w:val="Normal"/>
              <w:spacing w:before="240" w:after="240"/>
              <w:jc w:val="center"/>
              <w:rPr/>
            </w:pPr>
            <w:r>
              <w:rPr>
                <w:rFonts w:eastAsia="Arial Black" w:cs="Arial Black" w:ascii="Arial Black" w:hAnsi="Arial Black"/>
                <w:b/>
                <w:color w:val="FFFFFF"/>
                <w:sz w:val="36"/>
              </w:rPr>
              <w:t>TX</w:t>
            </w:r>
          </w:p>
        </w:tc>
        <w:tc>
          <w:tcPr>
            <w:tcW w:w="8049" w:type="dxa"/>
            <w:tcBorders/>
            <w:shd w:color="auto" w:fill="FCF1D8" w:val="clear"/>
            <w:vAlign w:val="center"/>
          </w:tcPr>
          <w:p>
            <w:pPr>
              <w:pStyle w:val="Normal"/>
              <w:spacing w:before="160" w:after="0"/>
              <w:jc w:val="right"/>
              <w:rPr/>
            </w:pPr>
            <w:r>
              <w:rPr>
                <w:rFonts w:eastAsia="Arial" w:cs="Arial"/>
                <w:i/>
                <w:color w:val="6B4612"/>
                <w:sz w:val="17"/>
              </w:rPr>
              <w:t>facsimile · please deliver</w:t>
            </w:r>
          </w:p>
          <w:p>
            <w:pPr>
              <w:pStyle w:val="Normal"/>
              <w:spacing w:before="0" w:after="200"/>
              <w:jc w:val="right"/>
              <w:rPr/>
            </w:pPr>
            <w:r>
              <w:rPr>
                <w:rFonts w:eastAsia="Arial Black" w:cs="Arial Black" w:ascii="Arial Black" w:hAnsi="Arial Black"/>
                <w:b/>
                <w:color w:val="6B4612"/>
                <w:sz w:val="72"/>
              </w:rPr>
              <w:t>FACSIMILE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E9D5A9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6B4612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E9D5A9"/>
              <w:left w:val="single" w:sz="4" w:space="0" w:color="E9D5A9"/>
              <w:bottom w:val="single" w:sz="4" w:space="0" w:color="E9D5A9"/>
              <w:right w:val="single" w:sz="4" w:space="0" w:color="E9D5A9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80" w:after="0"/>
        <w:rPr/>
      </w:pPr>
      <w:r>
        <w:rPr>
          <w:rFonts w:eastAsia="Arial" w:cs="Arial"/>
          <w:i/>
          <w:color w:val="6B4612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Arial Black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