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1587"/>
        <w:gridCol w:w="8050"/>
      </w:tblGrid>
      <w:tr>
        <w:tc>
          <w:tcPr>
            <w:tcW w:type="dxa" w:w="1587"/>
            <w:shd w:val="clear" w:color="auto" w:fill="D99826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spacing w:before="240" w:after="240"/>
            </w:pPr>
            <w:r>
              <w:rPr>
                <w:rFonts w:ascii="Arial Black" w:hAnsi="Arial Black" w:cs="Arial Black" w:eastAsia="Arial Black"/>
                <w:b/>
                <w:color w:val="FFFFFF"/>
                <w:sz w:val="36"/>
              </w:rPr>
              <w:t>TX</w:t>
            </w:r>
          </w:p>
        </w:tc>
        <w:tc>
          <w:tcPr>
            <w:tcW w:type="dxa" w:w="8050"/>
            <w:shd w:val="clear" w:color="auto" w:fill="FCF1D8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right"/>
              <w:spacing w:before="160" w:after="0"/>
            </w:pPr>
            <w:r>
              <w:rPr>
                <w:rFonts w:ascii="Arial" w:hAnsi="Arial" w:cs="Arial" w:eastAsia="Arial"/>
                <w:i/>
                <w:color w:val="6B4612"/>
                <w:sz w:val="17"/>
              </w:rPr>
              <w:t>facsimile · please deliver</w:t>
            </w:r>
          </w:p>
          <w:p>
            <w:pPr>
              <w:jc w:val="right"/>
              <w:spacing w:before="0" w:after="200"/>
            </w:pPr>
            <w:r>
              <w:rPr>
                <w:rFonts w:ascii="Arial Black" w:hAnsi="Arial Black" w:cs="Arial Black" w:eastAsia="Arial Black"/>
                <w:b/>
                <w:color w:val="6B4612"/>
                <w:sz w:val="72"/>
              </w:rPr>
              <w:t>FACSIMILE</w:t>
            </w:r>
          </w:p>
        </w:tc>
      </w:tr>
    </w:tbl>
    <w:p>
      <w:pPr>
        <w:spacing w:before="28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c>
          <w:tcPr>
            <w:tcW w:type="dxa" w:w="4762"/>
            <w:tcBorders>
              <w:top w:val="nil"/>
              <w:left w:val="nil"/>
              <w:bottom w:val="single" w:sz="4" w:color="E9D5A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B4612"/>
                <w:sz w:val="17"/>
                <w:spacing w:val="20"/>
              </w:rPr>
              <w:t>ATTENTION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E9D5A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B4612"/>
                <w:sz w:val="17"/>
                <w:spacing w:val="20"/>
              </w:rPr>
              <w:t>FROM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E9D5A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B4612"/>
                <w:sz w:val="17"/>
                <w:spacing w:val="20"/>
              </w:rPr>
              <w:t>SEND FAX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E9D5A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B4612"/>
                <w:sz w:val="17"/>
                <w:spacing w:val="20"/>
              </w:rPr>
              <w:t>PAGES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E9D5A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B4612"/>
                <w:sz w:val="17"/>
                <w:spacing w:val="20"/>
              </w:rPr>
              <w:t>RETURN FAX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E9D5A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B4612"/>
                <w:sz w:val="17"/>
                <w:spacing w:val="20"/>
              </w:rPr>
              <w:t>DATE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E9D5A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B4612"/>
                <w:sz w:val="17"/>
                <w:spacing w:val="20"/>
              </w:rPr>
              <w:t>RE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E9D5A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6B4612"/>
                <w:sz w:val="17"/>
                <w:spacing w:val="20"/>
              </w:rPr>
              <w:t>CC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</w:tbl>
    <w:p>
      <w:pPr>
        <w:spacing w:before="16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D99826"/>
                <w:sz w:val="21"/>
              </w:rPr>
              <w:t>☐  Urgent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D99826"/>
                <w:sz w:val="21"/>
              </w:rPr>
              <w:t>☐  For Review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D99826"/>
                <w:sz w:val="21"/>
              </w:rPr>
              <w:t>☐  Please Comment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D99826"/>
                <w:sz w:val="21"/>
              </w:rPr>
              <w:t>☐  Please Reply</w:t>
            </w:r>
          </w:p>
        </w:tc>
      </w:tr>
    </w:tbl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nil"/>
              <w:left w:val="nil"/>
              <w:bottom w:val="single" w:sz="4" w:color="E9D5A9"/>
              <w:right w:val="nil"/>
            </w:tcBorders>
          </w:tcPr>
          <w:p>
            <w:pPr>
              <w:spacing w:before="40" w:after="0"/>
            </w:pPr>
          </w:p>
        </w:tc>
      </w:tr>
    </w:tbl>
    <w:p>
      <w:pPr>
        <w:spacing w:before="240" w:after="80"/>
      </w:pPr>
      <w:r>
        <w:rPr>
          <w:rFonts w:ascii="Arial" w:hAnsi="Arial" w:cs="Arial" w:eastAsia="Arial"/>
          <w:b/>
          <w:color w:val="6B4612"/>
          <w:sz w:val="19"/>
          <w:spacing w:val="20"/>
        </w:rPr>
        <w:t>COMMENTS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single" w:sz="4" w:color="E9D5A9"/>
              <w:left w:val="single" w:sz="4" w:color="E9D5A9"/>
              <w:bottom w:val="single" w:sz="4" w:color="E9D5A9"/>
              <w:right w:val="single" w:sz="4" w:color="E9D5A9"/>
            </w:tcBorders>
          </w:tcPr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</w:tbl>
    <w:p>
      <w:pPr>
        <w:spacing w:before="80" w:after="0"/>
      </w:pPr>
      <w:r>
        <w:rPr>
          <w:rFonts w:ascii="Arial" w:hAnsi="Arial" w:cs="Arial" w:eastAsia="Arial"/>
          <w:i/>
          <w:color w:val="6B4612"/>
          <w:sz w:val="16"/>
        </w:rPr>
        <w:t>Confidential — for the named recipient only.</w:t>
      </w:r>
    </w:p>
    <w:sectPr w:rsidR="00FC693F" w:rsidRPr="0006063C" w:rsidSect="00034616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