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63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638"/>
      </w:tblGrid>
      <w:tr>
        <w:trPr/>
        <w:tc>
          <w:tcPr>
            <w:tcW w:w="9638" w:type="dxa"/>
            <w:tcBorders/>
            <w:shd w:color="auto" w:fill="111111" w:val="clear"/>
          </w:tcPr>
          <w:p>
            <w:pPr>
              <w:pStyle w:val="Normal"/>
              <w:spacing w:before="280" w:after="40"/>
              <w:rPr/>
            </w:pPr>
            <w:r>
              <w:rPr>
                <w:rFonts w:eastAsia="Arial" w:cs="Arial"/>
                <w:b w:val="false"/>
                <w:color w:val="DDDDDD"/>
                <w:spacing w:val="20"/>
                <w:sz w:val="16"/>
              </w:rPr>
              <w:t>APOLLO'S TEMPLATES  ·  COVER SHEET</w:t>
            </w:r>
          </w:p>
          <w:p>
            <w:pPr>
              <w:pStyle w:val="Normal"/>
              <w:spacing w:before="80" w:after="280"/>
              <w:rPr/>
            </w:pPr>
            <w:r>
              <w:rPr>
                <w:rFonts w:eastAsia="Arial Black" w:cs="Arial Black" w:ascii="Arial Black" w:hAnsi="Arial Black"/>
                <w:b/>
                <w:color w:val="FFFFFF"/>
                <w:sz w:val="72"/>
              </w:rPr>
              <w:t>FAX</w:t>
            </w:r>
          </w:p>
        </w:tc>
      </w:tr>
    </w:tbl>
    <w:p>
      <w:pPr>
        <w:pStyle w:val="Normal"/>
        <w:spacing w:before="280" w:after="0"/>
        <w:rPr/>
      </w:pPr>
      <w:r>
        <w:rPr/>
      </w:r>
    </w:p>
    <w:tbl>
      <w:tblPr>
        <w:tblW w:w="952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762"/>
        <w:gridCol w:w="4761"/>
      </w:tblGrid>
      <w:tr>
        <w:trPr/>
        <w:tc>
          <w:tcPr>
            <w:tcW w:w="4762" w:type="dxa"/>
            <w:tcBorders>
              <w:bottom w:val="single" w:sz="4" w:space="0" w:color="C8C8C8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66666"/>
                <w:spacing w:val="20"/>
                <w:sz w:val="17"/>
              </w:rPr>
              <w:t>ATTENTION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C8C8C8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66666"/>
                <w:spacing w:val="20"/>
                <w:sz w:val="17"/>
              </w:rPr>
              <w:t>FROM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C8C8C8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66666"/>
                <w:spacing w:val="20"/>
                <w:sz w:val="17"/>
              </w:rPr>
              <w:t>SEND FAX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C8C8C8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66666"/>
                <w:spacing w:val="20"/>
                <w:sz w:val="17"/>
              </w:rPr>
              <w:t>PAGES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C8C8C8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66666"/>
                <w:spacing w:val="20"/>
                <w:sz w:val="17"/>
              </w:rPr>
              <w:t>RETURN FAX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C8C8C8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66666"/>
                <w:spacing w:val="20"/>
                <w:sz w:val="17"/>
              </w:rPr>
              <w:t>DATE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C8C8C8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66666"/>
                <w:spacing w:val="20"/>
                <w:sz w:val="17"/>
              </w:rPr>
              <w:t>RE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C8C8C8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66666"/>
                <w:spacing w:val="20"/>
                <w:sz w:val="17"/>
              </w:rPr>
              <w:t>CC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</w:tbl>
    <w:p>
      <w:pPr>
        <w:pStyle w:val="Normal"/>
        <w:spacing w:before="16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409"/>
        <w:gridCol w:w="2410"/>
        <w:gridCol w:w="2409"/>
        <w:gridCol w:w="2409"/>
      </w:tblGrid>
      <w:tr>
        <w:trPr/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111111"/>
                <w:sz w:val="21"/>
              </w:rPr>
              <w:t xml:space="preserve">☐  </w:t>
            </w:r>
            <w:r>
              <w:rPr>
                <w:rFonts w:eastAsia="Arial" w:cs="Arial"/>
                <w:color w:val="111111"/>
                <w:sz w:val="21"/>
              </w:rPr>
              <w:t>Urgent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111111"/>
                <w:sz w:val="21"/>
              </w:rPr>
              <w:t xml:space="preserve">☐  </w:t>
            </w:r>
            <w:r>
              <w:rPr>
                <w:rFonts w:eastAsia="Arial" w:cs="Arial"/>
                <w:color w:val="111111"/>
                <w:sz w:val="21"/>
              </w:rPr>
              <w:t>For Review</w:t>
            </w:r>
          </w:p>
        </w:tc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111111"/>
                <w:sz w:val="21"/>
              </w:rPr>
              <w:t xml:space="preserve">☐  </w:t>
            </w:r>
            <w:r>
              <w:rPr>
                <w:rFonts w:eastAsia="Arial" w:cs="Arial"/>
                <w:color w:val="111111"/>
                <w:sz w:val="21"/>
              </w:rPr>
              <w:t>Please Comment</w:t>
            </w:r>
          </w:p>
        </w:tc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111111"/>
                <w:sz w:val="21"/>
              </w:rPr>
              <w:t xml:space="preserve">☐  </w:t>
            </w:r>
            <w:r>
              <w:rPr>
                <w:rFonts w:eastAsia="Arial" w:cs="Arial"/>
                <w:color w:val="111111"/>
                <w:sz w:val="21"/>
              </w:rPr>
              <w:t>Please Reply</w:t>
            </w:r>
          </w:p>
        </w:tc>
      </w:tr>
      <w:tr>
        <w:trPr/>
        <w:tc>
          <w:tcPr>
            <w:tcW w:w="9637" w:type="dxa"/>
            <w:gridSpan w:val="4"/>
            <w:tcBorders>
              <w:bottom w:val="single" w:sz="4" w:space="0" w:color="C8C8C8"/>
            </w:tcBorders>
          </w:tcPr>
          <w:p>
            <w:pPr>
              <w:pStyle w:val="Normal"/>
              <w:spacing w:before="40" w:after="0"/>
              <w:rPr/>
            </w:pPr>
            <w:r>
              <w:rPr/>
            </w:r>
          </w:p>
        </w:tc>
      </w:tr>
    </w:tbl>
    <w:p>
      <w:pPr>
        <w:pStyle w:val="Normal"/>
        <w:spacing w:before="240" w:after="80"/>
        <w:rPr/>
      </w:pPr>
      <w:r>
        <w:rPr>
          <w:rFonts w:eastAsia="Arial" w:cs="Arial"/>
          <w:b/>
          <w:color w:val="666666"/>
          <w:spacing w:val="20"/>
          <w:sz w:val="19"/>
        </w:rPr>
        <w:t>COMMENTS</w:t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638"/>
      </w:tblGrid>
      <w:tr>
        <w:trPr/>
        <w:tc>
          <w:tcPr>
            <w:tcW w:w="9638" w:type="dxa"/>
            <w:tcBorders>
              <w:top w:val="single" w:sz="4" w:space="0" w:color="C8C8C8"/>
              <w:left w:val="single" w:sz="4" w:space="0" w:color="C8C8C8"/>
              <w:bottom w:val="single" w:sz="4" w:space="0" w:color="C8C8C8"/>
              <w:right w:val="single" w:sz="4" w:space="0" w:color="C8C8C8"/>
            </w:tcBorders>
          </w:tcPr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</w:tc>
      </w:tr>
    </w:tbl>
    <w:p>
      <w:pPr>
        <w:pStyle w:val="Normal"/>
        <w:spacing w:before="200" w:after="0"/>
        <w:rPr/>
      </w:pPr>
      <w:r>
        <w:rPr>
          <w:rFonts w:eastAsia="Arial" w:cs="Arial"/>
          <w:i/>
          <w:color w:val="666666"/>
          <w:sz w:val="16"/>
        </w:rPr>
        <w:t>Confidential — for the named recipient only.</w:t>
      </w:r>
    </w:p>
    <w:sectPr>
      <w:type w:val="nextPage"/>
      <w:pgSz w:w="12240" w:h="15840"/>
      <w:pgMar w:left="864" w:right="864" w:gutter="0" w:header="0" w:top="864" w:footer="0" w:bottom="86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nos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Arimo">
    <w:altName w:val="arial"/>
    <w:charset w:val="01"/>
    <w:family w:val="swiss"/>
    <w:pitch w:val="variable"/>
  </w:font>
  <w:font w:name="Arial Black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76" w:before="0" w:after="200"/>
      <w:jc w:val="left"/>
    </w:pPr>
    <w:rPr>
      <w:rFonts w:ascii="Arial" w:hAnsi="Arial" w:eastAsia="ＭＳ 明朝" w:cs="" w:cstheme="minorBidi" w:eastAsiaTheme="minorEastAsia"/>
      <w:color w:val="auto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618bf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link w:val="Title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link w:val="Heading6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Arimo" w:hAnsi="Arimo" w:eastAsia="DejaVu Sans" w:cs="Baloo 2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200"/>
      <w:ind w:hanging="360" w:lef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Index">
    <w:name w:val="Index"/>
    <w:basedOn w:val="Normal"/>
    <w:qFormat/>
    <w:pPr>
      <w:suppressLineNumbers/>
    </w:pPr>
    <w:rPr>
      <w:rFonts w:cs="Baloo 2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200"/>
      <w:ind w:hanging="360" w:lef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200"/>
      <w:ind w:hanging="360" w:lef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lef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lef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left="1080"/>
      <w:contextualSpacing/>
    </w:pPr>
    <w:rPr/>
  </w:style>
  <w:style w:type="paragraph" w:styleId="macro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Heading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LibreOffice/24.2.7.2$Linux_AARCH64 LibreOffice_project/420$Build-2</Application>
  <AppVersion>15.0000</AppVers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dc:language>en-US</dc:language>
  <cp:lastModifiedBy/>
  <dcterms:modified xsi:type="dcterms:W3CDTF">2013-12-23T23:15:00Z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