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val="clear" w:color="auto" w:fill="11111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280" w:after="40"/>
            </w:pPr>
            <w:r>
              <w:rPr>
                <w:rFonts w:ascii="Arial" w:hAnsi="Arial" w:cs="Arial" w:eastAsia="Arial"/>
                <w:b w:val="0"/>
                <w:color w:val="DDDDDD"/>
                <w:sz w:val="16"/>
                <w:spacing w:val="20"/>
              </w:rPr>
              <w:t>APOLLO'S TEMPLATES  ·  COVER SHEET</w:t>
            </w:r>
          </w:p>
          <w:p>
            <w:pPr>
              <w:spacing w:before="80" w:after="280"/>
            </w:pPr>
            <w:r>
              <w:rPr>
                <w:rFonts w:ascii="Arial Black" w:hAnsi="Arial Black" w:cs="Arial Black" w:eastAsia="Arial Black"/>
                <w:b/>
                <w:color w:val="FFFFFF"/>
                <w:sz w:val="72"/>
              </w:rPr>
              <w:t>FAX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666666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8C8C8"/>
              <w:left w:val="single" w:sz="4" w:color="C8C8C8"/>
              <w:bottom w:val="single" w:sz="4" w:color="C8C8C8"/>
              <w:right w:val="single" w:sz="4" w:color="C8C8C8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Arial" w:hAnsi="Arial" w:cs="Arial" w:eastAsia="Arial"/>
          <w:i/>
          <w:color w:val="666666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