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69"/>
        <w:gridCol w:w="6634"/>
        <w:gridCol w:w="2835"/>
      </w:tblGrid>
      <w:tr>
        <w:trPr/>
        <w:tc>
          <w:tcPr>
            <w:tcW w:w="169" w:type="dxa"/>
            <w:tcBorders/>
            <w:shd w:color="auto" w:fill="57755B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6634" w:type="dxa"/>
            <w:tcBorders/>
          </w:tcPr>
          <w:p>
            <w:pPr>
              <w:pStyle w:val="Normal"/>
              <w:spacing w:before="80" w:after="40"/>
              <w:rPr/>
            </w:pPr>
            <w:r>
              <w:rPr>
                <w:rFonts w:eastAsia="Arial" w:cs="Arial"/>
                <w:b/>
                <w:color w:val="57755B"/>
                <w:spacing w:val="80"/>
                <w:sz w:val="18"/>
              </w:rPr>
              <w:t>COVER SHEET</w:t>
            </w:r>
          </w:p>
          <w:p>
            <w:pPr>
              <w:pStyle w:val="Normal"/>
              <w:spacing w:before="40" w:after="40"/>
              <w:rPr/>
            </w:pPr>
            <w:r>
              <w:rPr>
                <w:rFonts w:eastAsia="Arial" w:cs="Arial"/>
                <w:b/>
                <w:color w:val="57755B"/>
                <w:sz w:val="72"/>
              </w:rPr>
              <w:t>FAX</w:t>
            </w:r>
          </w:p>
          <w:p>
            <w:pPr>
              <w:pStyle w:val="Normal"/>
              <w:spacing w:before="0" w:after="160"/>
              <w:rPr/>
            </w:pPr>
            <w:r>
              <w:rPr>
                <w:rFonts w:eastAsia="Arial" w:cs="Arial"/>
                <w:i/>
                <w:color w:val="4C6750"/>
                <w:sz w:val="19"/>
              </w:rPr>
              <w:t>for transmission via facsimile</w:t>
            </w:r>
          </w:p>
        </w:tc>
        <w:tc>
          <w:tcPr>
            <w:tcW w:w="2835" w:type="dxa"/>
            <w:tcBorders>
              <w:top w:val="single" w:sz="4" w:space="0" w:color="C7D2C9"/>
              <w:left w:val="single" w:sz="4" w:space="0" w:color="C7D2C9"/>
              <w:bottom w:val="single" w:sz="4" w:space="0" w:color="C7D2C9"/>
              <w:right w:val="single" w:sz="4" w:space="0" w:color="C7D2C9"/>
            </w:tcBorders>
            <w:vAlign w:val="center"/>
          </w:tcPr>
          <w:p>
            <w:pPr>
              <w:pStyle w:val="Normal"/>
              <w:spacing w:before="360" w:after="360"/>
              <w:jc w:val="center"/>
              <w:rPr/>
            </w:pPr>
            <w:r>
              <w:rPr>
                <w:rFonts w:eastAsia="Arial" w:cs="Arial"/>
                <w:color w:val="4C6750"/>
                <w:spacing w:val="30"/>
                <w:sz w:val="16"/>
              </w:rPr>
              <w:t>YOUR LOGO HERE</w:t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57755B"/>
                <w:sz w:val="21"/>
              </w:rPr>
              <w:t xml:space="preserve">☐  </w:t>
            </w:r>
            <w:r>
              <w:rPr>
                <w:rFonts w:eastAsia="Arial" w:cs="Arial"/>
                <w:color w:val="57755B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57755B"/>
                <w:sz w:val="21"/>
              </w:rPr>
              <w:t xml:space="preserve">☐  </w:t>
            </w:r>
            <w:r>
              <w:rPr>
                <w:rFonts w:eastAsia="Arial" w:cs="Arial"/>
                <w:color w:val="57755B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57755B"/>
                <w:sz w:val="21"/>
              </w:rPr>
              <w:t xml:space="preserve">☐  </w:t>
            </w:r>
            <w:r>
              <w:rPr>
                <w:rFonts w:eastAsia="Arial" w:cs="Arial"/>
                <w:color w:val="57755B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57755B"/>
                <w:sz w:val="21"/>
              </w:rPr>
              <w:t xml:space="preserve">☐  </w:t>
            </w:r>
            <w:r>
              <w:rPr>
                <w:rFonts w:eastAsia="Arial" w:cs="Arial"/>
                <w:color w:val="57755B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C7D2C9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Arial" w:cs="Arial"/>
          <w:b/>
          <w:color w:val="4C6750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C7D2C9"/>
              <w:left w:val="single" w:sz="4" w:space="0" w:color="C7D2C9"/>
              <w:bottom w:val="single" w:sz="4" w:space="0" w:color="C7D2C9"/>
              <w:right w:val="single" w:sz="4" w:space="0" w:color="C7D2C9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200" w:after="0"/>
        <w:rPr/>
      </w:pPr>
      <w:r>
        <w:rPr>
          <w:rFonts w:eastAsia="Arial" w:cs="Arial"/>
          <w:i/>
          <w:color w:val="4C6750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