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170"/>
        <w:gridCol w:w="6633"/>
        <w:gridCol w:w="2835"/>
      </w:tblGrid>
      <w:tr>
        <w:tc>
          <w:tcPr>
            <w:tcW w:type="dxa" w:w="170"/>
            <w:shd w:val="clear" w:color="auto" w:fill="57755B"/>
            <w:tcBorders>
              <w:top w:val="nil"/>
              <w:left w:val="nil"/>
              <w:bottom w:val="nil"/>
              <w:right w:val="nil"/>
            </w:tcBorders>
          </w:tcPr>
          <w:p>
            <w:r/>
          </w:p>
        </w:tc>
        <w:tc>
          <w:tcPr>
            <w:tcW w:type="dxa" w:w="6633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40"/>
            </w:pPr>
            <w:r>
              <w:rPr>
                <w:rFonts w:ascii="Arial" w:hAnsi="Arial" w:cs="Arial" w:eastAsia="Arial"/>
                <w:b/>
                <w:color w:val="57755B"/>
                <w:sz w:val="18"/>
                <w:spacing w:val="80"/>
              </w:rPr>
              <w:t>COVER SHEET</w:t>
            </w:r>
          </w:p>
          <w:p>
            <w:pPr>
              <w:spacing w:before="40" w:after="40"/>
            </w:pPr>
            <w:r>
              <w:rPr>
                <w:rFonts w:ascii="Arial" w:hAnsi="Arial" w:cs="Arial" w:eastAsia="Arial"/>
                <w:b/>
                <w:color w:val="57755B"/>
                <w:sz w:val="72"/>
              </w:rPr>
              <w:t>FAX</w:t>
            </w:r>
          </w:p>
          <w:p>
            <w:pPr>
              <w:spacing w:before="0" w:after="160"/>
            </w:pPr>
            <w:r>
              <w:rPr>
                <w:rFonts w:ascii="Arial" w:hAnsi="Arial" w:cs="Arial" w:eastAsia="Arial"/>
                <w:i/>
                <w:color w:val="4C6750"/>
                <w:sz w:val="19"/>
              </w:rPr>
              <w:t>for transmission via facsimile</w:t>
            </w:r>
          </w:p>
        </w:tc>
        <w:tc>
          <w:tcPr>
            <w:tcW w:type="dxa" w:w="2835"/>
            <w:tcBorders>
              <w:top w:val="single" w:sz="4" w:color="C7D2C9"/>
              <w:left w:val="single" w:sz="4" w:color="C7D2C9"/>
              <w:bottom w:val="single" w:sz="4" w:color="C7D2C9"/>
              <w:right w:val="single" w:sz="4" w:color="C7D2C9"/>
            </w:tcBorders>
            <w:vAlign w:val="center"/>
          </w:tcPr>
          <w:p>
            <w:pPr>
              <w:jc w:val="center"/>
              <w:spacing w:before="360" w:after="360"/>
            </w:pPr>
            <w:r>
              <w:rPr>
                <w:rFonts w:ascii="Arial" w:hAnsi="Arial" w:cs="Arial" w:eastAsia="Arial"/>
                <w:color w:val="4C6750"/>
                <w:sz w:val="16"/>
                <w:spacing w:val="30"/>
              </w:rPr>
              <w:t>YOUR LOGO HERE</w:t>
            </w:r>
          </w:p>
        </w:tc>
      </w:tr>
    </w:tbl>
    <w:p>
      <w:pPr>
        <w:spacing w:before="28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ATTENTION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FROM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SEND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PAGES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RETURN FAX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DATE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  <w:tr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RE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  <w:tc>
          <w:tcPr>
            <w:tcW w:type="dxa" w:w="4762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160" w:after="40"/>
            </w:pPr>
            <w:r>
              <w:rPr>
                <w:rFonts w:ascii="Arial" w:hAnsi="Arial" w:cs="Arial" w:eastAsia="Arial"/>
                <w:b/>
                <w:color w:val="4C6750"/>
                <w:sz w:val="17"/>
                <w:spacing w:val="20"/>
              </w:rPr>
              <w:t>CC</w:t>
            </w:r>
          </w:p>
          <w:p>
            <w:pPr>
              <w:spacing w:before="0" w:after="16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160" w:after="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381"/>
        <w:gridCol w:w="2381"/>
        <w:gridCol w:w="2381"/>
        <w:gridCol w:w="2381"/>
      </w:tblGrid>
      <w:tr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Urgent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For Review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Please Comment</w:t>
            </w:r>
          </w:p>
        </w:tc>
        <w:tc>
          <w:tcPr>
            <w:tcW w:type="dxa" w:w="2381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before="80" w:after="80"/>
            </w:pPr>
            <w:r>
              <w:rPr>
                <w:rFonts w:ascii="Arial" w:hAnsi="Arial" w:cs="Arial" w:eastAsia="Arial"/>
                <w:color w:val="57755B"/>
                <w:sz w:val="21"/>
              </w:rPr>
              <w:t>☐  Please Reply</w:t>
            </w:r>
          </w:p>
        </w:tc>
      </w:tr>
    </w:tbl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nil"/>
              <w:left w:val="nil"/>
              <w:bottom w:val="single" w:sz="4" w:color="C7D2C9"/>
              <w:right w:val="nil"/>
            </w:tcBorders>
          </w:tcPr>
          <w:p>
            <w:pPr>
              <w:spacing w:before="40" w:after="0"/>
            </w:pPr>
          </w:p>
        </w:tc>
      </w:tr>
    </w:tbl>
    <w:p>
      <w:pPr>
        <w:spacing w:before="240" w:after="80"/>
      </w:pPr>
      <w:r>
        <w:rPr>
          <w:rFonts w:ascii="Arial" w:hAnsi="Arial" w:cs="Arial" w:eastAsia="Arial"/>
          <w:b/>
          <w:color w:val="4C6750"/>
          <w:sz w:val="19"/>
          <w:spacing w:val="20"/>
        </w:rPr>
        <w:t>COMMENTS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638"/>
      </w:tblGrid>
      <w:tr>
        <w:tc>
          <w:tcPr>
            <w:tcW w:type="dxa" w:w="9638"/>
            <w:tcBorders>
              <w:top w:val="single" w:sz="4" w:color="C7D2C9"/>
              <w:left w:val="single" w:sz="4" w:color="C7D2C9"/>
              <w:bottom w:val="single" w:sz="4" w:color="C7D2C9"/>
              <w:right w:val="single" w:sz="4" w:color="C7D2C9"/>
            </w:tcBorders>
          </w:tcPr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  <w:p>
            <w:pPr>
              <w:spacing w:before="0" w:after="0" w:line="360" w:lineRule="auto"/>
            </w:pPr>
            <w:r>
              <w:rPr>
                <w:rFonts w:ascii="Arial" w:hAnsi="Arial" w:cs="Arial" w:eastAsia="Arial"/>
                <w:color w:val="000000"/>
                <w:sz w:val="22"/>
              </w:rPr>
            </w:r>
          </w:p>
        </w:tc>
      </w:tr>
    </w:tbl>
    <w:p>
      <w:pPr>
        <w:spacing w:before="200" w:after="0"/>
      </w:pPr>
      <w:r>
        <w:rPr>
          <w:rFonts w:ascii="Arial" w:hAnsi="Arial" w:cs="Arial" w:eastAsia="Arial"/>
          <w:i/>
          <w:color w:val="4C6750"/>
          <w:sz w:val="16"/>
        </w:rPr>
        <w:t>Confidential — for the named recipient only.</w:t>
      </w:r>
    </w:p>
    <w:sectPr w:rsidR="00FC693F" w:rsidRPr="0006063C" w:rsidSect="00034616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