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customXml/_rels/item1.xml.rels" ContentType="application/vnd.openxmlformats-package.relationships+xml"/>
  <Override PartName="/customXml/item1.xml" ContentType="application/xml"/>
  <Override PartName="/customXml/itemProps1.xml" ContentType="application/vnd.openxmlformats-officedocument.customXmlPropertie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tbl>
      <w:tblPr>
        <w:tblW w:w="9637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1587"/>
        <w:gridCol w:w="8049"/>
      </w:tblGrid>
      <w:tr>
        <w:trPr/>
        <w:tc>
          <w:tcPr>
            <w:tcW w:w="1587" w:type="dxa"/>
            <w:tcBorders/>
            <w:shd w:color="auto" w:fill="D99826" w:val="clear"/>
            <w:vAlign w:val="center"/>
          </w:tcPr>
          <w:p>
            <w:pPr>
              <w:pStyle w:val="Normal"/>
              <w:spacing w:before="240" w:after="240"/>
              <w:jc w:val="center"/>
              <w:rPr/>
            </w:pPr>
            <w:r>
              <w:rPr>
                <w:rFonts w:eastAsia="Arial Black" w:cs="Arial Black" w:ascii="Arial Black" w:hAnsi="Arial Black"/>
                <w:b/>
                <w:color w:val="FFFFFF"/>
                <w:sz w:val="36"/>
              </w:rPr>
              <w:t>TX</w:t>
            </w:r>
          </w:p>
        </w:tc>
        <w:tc>
          <w:tcPr>
            <w:tcW w:w="8049" w:type="dxa"/>
            <w:tcBorders/>
            <w:shd w:color="auto" w:fill="FCF1D8" w:val="clear"/>
            <w:vAlign w:val="center"/>
          </w:tcPr>
          <w:p>
            <w:pPr>
              <w:pStyle w:val="Normal"/>
              <w:spacing w:before="160" w:after="0"/>
              <w:jc w:val="right"/>
              <w:rPr/>
            </w:pPr>
            <w:r>
              <w:rPr>
                <w:rFonts w:eastAsia="Arial" w:cs="Arial"/>
                <w:i/>
                <w:color w:val="6B4612"/>
                <w:sz w:val="17"/>
              </w:rPr>
              <w:t>fax cover · please deliver</w:t>
            </w:r>
          </w:p>
          <w:p>
            <w:pPr>
              <w:pStyle w:val="Normal"/>
              <w:spacing w:before="0" w:after="200"/>
              <w:jc w:val="right"/>
              <w:rPr/>
            </w:pPr>
            <w:r>
              <w:rPr>
                <w:rFonts w:eastAsia="Arial Black" w:cs="Arial Black" w:ascii="Arial Black" w:hAnsi="Arial Black"/>
                <w:b/>
                <w:color w:val="6B4612"/>
                <w:sz w:val="72"/>
              </w:rPr>
              <w:t>FAX</w:t>
            </w:r>
          </w:p>
        </w:tc>
      </w:tr>
    </w:tbl>
    <w:p>
      <w:pPr>
        <w:pStyle w:val="Normal"/>
        <w:spacing w:before="280" w:after="0"/>
        <w:rPr/>
      </w:pPr>
      <w:r>
        <w:rPr/>
      </w:r>
    </w:p>
    <w:tbl>
      <w:tblPr>
        <w:tblW w:w="9524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4762"/>
        <w:gridCol w:w="4761"/>
      </w:tblGrid>
      <w:tr>
        <w:trPr/>
        <w:tc>
          <w:tcPr>
            <w:tcW w:w="4762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ATTENTION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FROM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SEND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PAGES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RETURN FAX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DATE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  <w:tr>
        <w:trPr/>
        <w:tc>
          <w:tcPr>
            <w:tcW w:w="4762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RE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  <w:tc>
          <w:tcPr>
            <w:tcW w:w="4761" w:type="dxa"/>
            <w:tcBorders>
              <w:bottom w:val="single" w:sz="4" w:space="0" w:color="E9D5A9"/>
            </w:tcBorders>
          </w:tcPr>
          <w:p>
            <w:pPr>
              <w:pStyle w:val="Normal"/>
              <w:spacing w:before="160" w:after="40"/>
              <w:rPr/>
            </w:pPr>
            <w:r>
              <w:rPr>
                <w:rFonts w:eastAsia="Arial" w:cs="Arial"/>
                <w:b/>
                <w:color w:val="6B4612"/>
                <w:spacing w:val="20"/>
                <w:sz w:val="17"/>
              </w:rPr>
              <w:t>CC</w:t>
            </w:r>
          </w:p>
          <w:p>
            <w:pPr>
              <w:pStyle w:val="Normal"/>
              <w:spacing w:lineRule="auto" w:line="360" w:before="0" w:after="160"/>
              <w:rPr/>
            </w:pPr>
            <w:r>
              <w:rPr/>
            </w:r>
          </w:p>
        </w:tc>
      </w:tr>
    </w:tbl>
    <w:p>
      <w:pPr>
        <w:pStyle w:val="Normal"/>
        <w:spacing w:before="160" w:after="0"/>
        <w:rPr/>
      </w:pPr>
      <w:r>
        <w:rPr/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2409"/>
        <w:gridCol w:w="2410"/>
        <w:gridCol w:w="2409"/>
        <w:gridCol w:w="2409"/>
      </w:tblGrid>
      <w:tr>
        <w:trPr/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D99826"/>
                <w:sz w:val="21"/>
              </w:rPr>
              <w:t xml:space="preserve">☐  </w:t>
            </w:r>
            <w:r>
              <w:rPr>
                <w:rFonts w:eastAsia="Arial" w:cs="Arial"/>
                <w:color w:val="D99826"/>
                <w:sz w:val="21"/>
              </w:rPr>
              <w:t>Urgent</w:t>
            </w:r>
          </w:p>
        </w:tc>
        <w:tc>
          <w:tcPr>
            <w:tcW w:w="2410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D99826"/>
                <w:sz w:val="21"/>
              </w:rPr>
              <w:t xml:space="preserve">☐  </w:t>
            </w:r>
            <w:r>
              <w:rPr>
                <w:rFonts w:eastAsia="Arial" w:cs="Arial"/>
                <w:color w:val="D99826"/>
                <w:sz w:val="21"/>
              </w:rPr>
              <w:t>For Review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D99826"/>
                <w:sz w:val="21"/>
              </w:rPr>
              <w:t xml:space="preserve">☐  </w:t>
            </w:r>
            <w:r>
              <w:rPr>
                <w:rFonts w:eastAsia="Arial" w:cs="Arial"/>
                <w:color w:val="D99826"/>
                <w:sz w:val="21"/>
              </w:rPr>
              <w:t>Please Comment</w:t>
            </w:r>
          </w:p>
        </w:tc>
        <w:tc>
          <w:tcPr>
            <w:tcW w:w="2409" w:type="dxa"/>
            <w:tcBorders/>
          </w:tcPr>
          <w:p>
            <w:pPr>
              <w:pStyle w:val="Normal"/>
              <w:spacing w:before="80" w:after="80"/>
              <w:rPr/>
            </w:pPr>
            <w:r>
              <w:rPr>
                <w:rFonts w:eastAsia="Arial" w:cs="Arial"/>
                <w:color w:val="D99826"/>
                <w:sz w:val="21"/>
              </w:rPr>
              <w:t xml:space="preserve">☐  </w:t>
            </w:r>
            <w:r>
              <w:rPr>
                <w:rFonts w:eastAsia="Arial" w:cs="Arial"/>
                <w:color w:val="D99826"/>
                <w:sz w:val="21"/>
              </w:rPr>
              <w:t>Please Reply</w:t>
            </w:r>
          </w:p>
        </w:tc>
      </w:tr>
      <w:tr>
        <w:trPr/>
        <w:tc>
          <w:tcPr>
            <w:tcW w:w="9637" w:type="dxa"/>
            <w:gridSpan w:val="4"/>
            <w:tcBorders>
              <w:bottom w:val="single" w:sz="4" w:space="0" w:color="E9D5A9"/>
            </w:tcBorders>
          </w:tcPr>
          <w:p>
            <w:pPr>
              <w:pStyle w:val="Normal"/>
              <w:spacing w:before="40" w:after="0"/>
              <w:rPr/>
            </w:pPr>
            <w:r>
              <w:rPr/>
            </w:r>
          </w:p>
        </w:tc>
      </w:tr>
    </w:tbl>
    <w:p>
      <w:pPr>
        <w:pStyle w:val="Normal"/>
        <w:spacing w:before="240" w:after="80"/>
        <w:rPr/>
      </w:pPr>
      <w:r>
        <w:rPr>
          <w:rFonts w:eastAsia="Arial" w:cs="Arial"/>
          <w:b/>
          <w:color w:val="6B4612"/>
          <w:spacing w:val="20"/>
          <w:sz w:val="19"/>
        </w:rPr>
        <w:t>COMMENTS</w:t>
      </w:r>
    </w:p>
    <w:tbl>
      <w:tblPr>
        <w:tblW w:w="9638" w:type="dxa"/>
        <w:jc w:val="left"/>
        <w:tblInd w:w="0" w:type="dxa"/>
        <w:tblLayout w:type="fixed"/>
        <w:tblCellMar>
          <w:top w:w="0" w:type="dxa"/>
          <w:left w:w="108" w:type="dxa"/>
          <w:bottom w:w="0" w:type="dxa"/>
          <w:right w:w="108" w:type="dxa"/>
        </w:tblCellMar>
        <w:tblLook w:val="04a0" w:noHBand="0" w:noVBand="1" w:firstColumn="1" w:lastRow="0" w:lastColumn="0" w:firstRow="1"/>
      </w:tblPr>
      <w:tblGrid>
        <w:gridCol w:w="9638"/>
      </w:tblGrid>
      <w:tr>
        <w:trPr/>
        <w:tc>
          <w:tcPr>
            <w:tcW w:w="9638" w:type="dxa"/>
            <w:tcBorders>
              <w:top w:val="single" w:sz="4" w:space="0" w:color="E9D5A9"/>
              <w:left w:val="single" w:sz="4" w:space="0" w:color="E9D5A9"/>
              <w:bottom w:val="single" w:sz="4" w:space="0" w:color="E9D5A9"/>
              <w:right w:val="single" w:sz="4" w:space="0" w:color="E9D5A9"/>
            </w:tcBorders>
          </w:tcPr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  <w:p>
            <w:pPr>
              <w:pStyle w:val="Normal"/>
              <w:spacing w:lineRule="auto" w:line="360" w:before="0" w:after="0"/>
              <w:rPr/>
            </w:pPr>
            <w:r>
              <w:rPr/>
            </w:r>
          </w:p>
        </w:tc>
      </w:tr>
    </w:tbl>
    <w:p>
      <w:pPr>
        <w:pStyle w:val="Normal"/>
        <w:spacing w:before="80" w:after="0"/>
        <w:rPr/>
      </w:pPr>
      <w:r>
        <w:rPr>
          <w:rFonts w:eastAsia="Arial" w:cs="Arial"/>
          <w:i/>
          <w:color w:val="6B4612"/>
          <w:sz w:val="16"/>
        </w:rPr>
        <w:t>Confidential — for the named recipient only.</w:t>
      </w:r>
    </w:p>
    <w:sectPr>
      <w:type w:val="nextPage"/>
      <w:pgSz w:w="12240" w:h="15840"/>
      <w:pgMar w:left="864" w:right="864" w:gutter="0" w:header="0" w:top="864" w:footer="0" w:bottom="864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Tinos">
    <w:charset w:val="01"/>
    <w:family w:val="roman"/>
    <w:pitch w:val="variable"/>
  </w:font>
  <w:font w:name="Cambria">
    <w:charset w:val="01"/>
    <w:family w:val="roman"/>
    <w:pitch w:val="variable"/>
  </w:font>
  <w:font w:name="Arial">
    <w:charset w:val="01"/>
    <w:family w:val="roman"/>
    <w:pitch w:val="variable"/>
  </w:font>
  <w:font w:name="Calibri">
    <w:charset w:val="01"/>
    <w:family w:val="roman"/>
    <w:pitch w:val="variable"/>
  </w:font>
  <w:font w:name="Courier">
    <w:altName w:val="Courier New"/>
    <w:charset w:val="01"/>
    <w:family w:val="roman"/>
    <w:pitch w:val="variable"/>
  </w:font>
  <w:font w:name="Arimo">
    <w:altName w:val="arial"/>
    <w:charset w:val="01"/>
    <w:family w:val="swiss"/>
    <w:pitch w:val="variable"/>
  </w:font>
  <w:font w:name="Arial Black">
    <w:charset w:val="01"/>
    <w:family w:val="roman"/>
    <w:pitch w:val="variable"/>
  </w:font>
  <w:font w:name="Symbol">
    <w:charset w:val="02"/>
    <w:family w:val="auto"/>
    <w:pitch w:val="default"/>
  </w:font>
</w:fonts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">
    <w:lvl w:ilvl="0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cs="Symbol" w:hint="default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4"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5"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"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  <w:rPr/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7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  <w:num w:numId="2">
    <w:abstractNumId w:val="2"/>
  </w:num>
  <w:num w:numId="3">
    <w:abstractNumId w:val="3"/>
  </w:num>
  <w:num w:numId="4">
    <w:abstractNumId w:val="4"/>
  </w:num>
  <w:num w:numId="5">
    <w:abstractNumId w:val="5"/>
  </w:num>
  <w:num w:numId="6">
    <w:abstractNumId w:val="6"/>
  </w:num>
  <w:num w:numId="7">
    <w:abstractNumId w:val="7"/>
  </w:num>
</w:numbering>
</file>

<file path=word/settings.xml><?xml version="1.0" encoding="utf-8"?>
<w:settings xmlns:w="http://schemas.openxmlformats.org/wordprocessingml/2006/main">
  <w:zoom w:percent="100"/>
  <w:defaultTabStop w:val="720"/>
  <w:autoHyphenation w:val="true"/>
  <w:compat>
    <w:compatSetting w:name="compatibilityMode" w:uri="http://schemas.microsoft.com/office/word" w:val="12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 w:eastAsia="ja-JP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mbria" w:hAnsi="Cambria" w:eastAsia="ＭＳ 明朝" w:cs="" w:asciiTheme="minorHAnsi" w:cstheme="minorBidi" w:eastAsiaTheme="minorEastAsia" w:hAnsiTheme="minorHAnsi"/>
        <w:sz w:val="22"/>
        <w:szCs w:val="22"/>
        <w:lang w:val="en-US" w:eastAsia="en-US" w:bidi="ar-SA"/>
      </w:rPr>
    </w:rPrDefault>
    <w:pPrDefault>
      <w:pPr>
        <w:suppressAutoHyphens w:val="true"/>
      </w:pPr>
    </w:pPrDefault>
  </w:docDefaults>
  <w:latentStyles w:defLockedState="0" w:defUIPriority="99" w:defSemiHidden="1" w:defUnhideWhenUsed="1" w:defQFormat="0" w:count="276">
    <w:lsdException w:name="Normal" w:uiPriority="0" w:semiHidden="0" w:unhideWhenUsed="0" w:qFormat="1"/>
    <w:lsdException w:name="heading 1" w:uiPriority="9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uiPriority="10" w:semiHidden="0" w:unhideWhenUsed="0" w:qFormat="1"/>
    <w:lsdException w:name="Default Paragraph Font" w:uiPriority="1"/>
    <w:lsdException w:name="Subtitle" w:uiPriority="11" w:semiHidden="0" w:unhideWhenUsed="0" w:qFormat="1"/>
    <w:lsdException w:name="Strong" w:uiPriority="22" w:semiHidden="0" w:unhideWhenUsed="0" w:qFormat="1"/>
    <w:lsdException w:name="Emphasis" w:uiPriority="20" w:semiHidden="0" w:unhideWhenUsed="0" w:qFormat="1"/>
    <w:lsdException w:name="Table Grid" w:uiPriority="59" w:semiHidden="0" w:unhideWhenUsed="0"/>
    <w:lsdException w:name="Placeholder Text" w:unhideWhenUsed="0"/>
    <w:lsdException w:name="No Spacing" w:uiPriority="1" w:semiHidden="0" w:unhideWhenUsed="0" w:qFormat="1"/>
    <w:lsdException w:name="Light Shading" w:uiPriority="60" w:semiHidden="0" w:unhideWhenUsed="0"/>
    <w:lsdException w:name="Light List" w:uiPriority="61" w:semiHidden="0" w:unhideWhenUsed="0"/>
    <w:lsdException w:name="Light Grid" w:uiPriority="62" w:semiHidden="0" w:unhideWhenUsed="0"/>
    <w:lsdException w:name="Medium Shading 1" w:uiPriority="63" w:semiHidden="0" w:unhideWhenUsed="0"/>
    <w:lsdException w:name="Medium Shading 2" w:uiPriority="64" w:semiHidden="0" w:unhideWhenUsed="0"/>
    <w:lsdException w:name="Medium List 1" w:uiPriority="65" w:semiHidden="0" w:unhideWhenUsed="0"/>
    <w:lsdException w:name="Medium List 2" w:uiPriority="66" w:semiHidden="0" w:unhideWhenUsed="0"/>
    <w:lsdException w:name="Medium Grid 1" w:uiPriority="67" w:semiHidden="0" w:unhideWhenUsed="0"/>
    <w:lsdException w:name="Medium Grid 2" w:uiPriority="68" w:semiHidden="0" w:unhideWhenUsed="0"/>
    <w:lsdException w:name="Medium Grid 3" w:uiPriority="69" w:semiHidden="0" w:unhideWhenUsed="0"/>
    <w:lsdException w:name="Dark List" w:uiPriority="70" w:semiHidden="0" w:unhideWhenUsed="0"/>
    <w:lsdException w:name="Colorful Shading" w:uiPriority="71" w:semiHidden="0" w:unhideWhenUsed="0"/>
    <w:lsdException w:name="Colorful List" w:uiPriority="72" w:semiHidden="0" w:unhideWhenUsed="0"/>
    <w:lsdException w:name="Colorful Grid" w:uiPriority="73" w:semiHidden="0" w:unhideWhenUsed="0"/>
    <w:lsdException w:name="Light Shading Accent 1" w:uiPriority="60" w:semiHidden="0" w:unhideWhenUsed="0"/>
    <w:lsdException w:name="Light List Accent 1" w:uiPriority="61" w:semiHidden="0" w:unhideWhenUsed="0"/>
    <w:lsdException w:name="Light Grid Accent 1" w:uiPriority="62" w:semiHidden="0" w:unhideWhenUsed="0"/>
    <w:lsdException w:name="Medium Shading 1 Accent 1" w:uiPriority="63" w:semiHidden="0" w:unhideWhenUsed="0"/>
    <w:lsdException w:name="Medium Shading 2 Accent 1" w:uiPriority="64" w:semiHidden="0" w:unhideWhenUsed="0"/>
    <w:lsdException w:name="Medium List 1 Accent 1" w:uiPriority="65" w:semiHidden="0" w:unhideWhenUsed="0"/>
    <w:lsdException w:name="Revision" w:unhideWhenUsed="0"/>
    <w:lsdException w:name="List Paragraph" w:uiPriority="34" w:semiHidden="0" w:unhideWhenUsed="0" w:qFormat="1"/>
    <w:lsdException w:name="Quote" w:uiPriority="29" w:semiHidden="0" w:unhideWhenUsed="0" w:qFormat="1"/>
    <w:lsdException w:name="Intense Quote" w:uiPriority="30" w:semiHidden="0" w:unhideWhenUsed="0" w:qFormat="1"/>
    <w:lsdException w:name="Medium List 2 Accent 1" w:uiPriority="66" w:semiHidden="0" w:unhideWhenUsed="0"/>
    <w:lsdException w:name="Medium Grid 1 Accent 1" w:uiPriority="67" w:semiHidden="0" w:unhideWhenUsed="0"/>
    <w:lsdException w:name="Medium Grid 2 Accent 1" w:uiPriority="68" w:semiHidden="0" w:unhideWhenUsed="0"/>
    <w:lsdException w:name="Medium Grid 3 Accent 1" w:uiPriority="69" w:semiHidden="0" w:unhideWhenUsed="0"/>
    <w:lsdException w:name="Dark List Accent 1" w:uiPriority="70" w:semiHidden="0" w:unhideWhenUsed="0"/>
    <w:lsdException w:name="Colorful Shading Accent 1" w:uiPriority="71" w:semiHidden="0" w:unhideWhenUsed="0"/>
    <w:lsdException w:name="Colorful List Accent 1" w:uiPriority="72" w:semiHidden="0" w:unhideWhenUsed="0"/>
    <w:lsdException w:name="Colorful Grid Accent 1" w:uiPriority="73" w:semiHidden="0" w:unhideWhenUsed="0"/>
    <w:lsdException w:name="Light Shading Accent 2" w:uiPriority="60" w:semiHidden="0" w:unhideWhenUsed="0"/>
    <w:lsdException w:name="Light List Accent 2" w:uiPriority="61" w:semiHidden="0" w:unhideWhenUsed="0"/>
    <w:lsdException w:name="Light Grid Accent 2" w:uiPriority="62" w:semiHidden="0" w:unhideWhenUsed="0"/>
    <w:lsdException w:name="Medium Shading 1 Accent 2" w:uiPriority="63" w:semiHidden="0" w:unhideWhenUsed="0"/>
    <w:lsdException w:name="Medium Shading 2 Accent 2" w:uiPriority="64" w:semiHidden="0" w:unhideWhenUsed="0"/>
    <w:lsdException w:name="Medium List 1 Accent 2" w:uiPriority="65" w:semiHidden="0" w:unhideWhenUsed="0"/>
    <w:lsdException w:name="Medium List 2 Accent 2" w:uiPriority="66" w:semiHidden="0" w:unhideWhenUsed="0"/>
    <w:lsdException w:name="Medium Grid 1 Accent 2" w:uiPriority="67" w:semiHidden="0" w:unhideWhenUsed="0"/>
    <w:lsdException w:name="Medium Grid 2 Accent 2" w:uiPriority="68" w:semiHidden="0" w:unhideWhenUsed="0"/>
    <w:lsdException w:name="Medium Grid 3 Accent 2" w:uiPriority="69" w:semiHidden="0" w:unhideWhenUsed="0"/>
    <w:lsdException w:name="Dark List Accent 2" w:uiPriority="70" w:semiHidden="0" w:unhideWhenUsed="0"/>
    <w:lsdException w:name="Colorful Shading Accent 2" w:uiPriority="71" w:semiHidden="0" w:unhideWhenUsed="0"/>
    <w:lsdException w:name="Colorful List Accent 2" w:uiPriority="72" w:semiHidden="0" w:unhideWhenUsed="0"/>
    <w:lsdException w:name="Colorful Grid Accent 2" w:uiPriority="73" w:semiHidden="0" w:unhideWhenUsed="0"/>
    <w:lsdException w:name="Light Shading Accent 3" w:uiPriority="60" w:semiHidden="0" w:unhideWhenUsed="0"/>
    <w:lsdException w:name="Light List Accent 3" w:uiPriority="61" w:semiHidden="0" w:unhideWhenUsed="0"/>
    <w:lsdException w:name="Light Grid Accent 3" w:uiPriority="62" w:semiHidden="0" w:unhideWhenUsed="0"/>
    <w:lsdException w:name="Medium Shading 1 Accent 3" w:uiPriority="63" w:semiHidden="0" w:unhideWhenUsed="0"/>
    <w:lsdException w:name="Medium Shading 2 Accent 3" w:uiPriority="64" w:semiHidden="0" w:unhideWhenUsed="0"/>
    <w:lsdException w:name="Medium List 1 Accent 3" w:uiPriority="65" w:semiHidden="0" w:unhideWhenUsed="0"/>
    <w:lsdException w:name="Medium List 2 Accent 3" w:uiPriority="66" w:semiHidden="0" w:unhideWhenUsed="0"/>
    <w:lsdException w:name="Medium Grid 1 Accent 3" w:uiPriority="67" w:semiHidden="0" w:unhideWhenUsed="0"/>
    <w:lsdException w:name="Medium Grid 2 Accent 3" w:uiPriority="68" w:semiHidden="0" w:unhideWhenUsed="0"/>
    <w:lsdException w:name="Medium Grid 3 Accent 3" w:uiPriority="69" w:semiHidden="0" w:unhideWhenUsed="0"/>
    <w:lsdException w:name="Dark List Accent 3" w:uiPriority="70" w:semiHidden="0" w:unhideWhenUsed="0"/>
    <w:lsdException w:name="Colorful Shading Accent 3" w:uiPriority="71" w:semiHidden="0" w:unhideWhenUsed="0"/>
    <w:lsdException w:name="Colorful List Accent 3" w:uiPriority="72" w:semiHidden="0" w:unhideWhenUsed="0"/>
    <w:lsdException w:name="Colorful Grid Accent 3" w:uiPriority="73" w:semiHidden="0" w:unhideWhenUsed="0"/>
    <w:lsdException w:name="Light Shading Accent 4" w:uiPriority="60" w:semiHidden="0" w:unhideWhenUsed="0"/>
    <w:lsdException w:name="Light List Accent 4" w:uiPriority="61" w:semiHidden="0" w:unhideWhenUsed="0"/>
    <w:lsdException w:name="Light Grid Accent 4" w:uiPriority="62" w:semiHidden="0" w:unhideWhenUsed="0"/>
    <w:lsdException w:name="Medium Shading 1 Accent 4" w:uiPriority="63" w:semiHidden="0" w:unhideWhenUsed="0"/>
    <w:lsdException w:name="Medium Shading 2 Accent 4" w:uiPriority="64" w:semiHidden="0" w:unhideWhenUsed="0"/>
    <w:lsdException w:name="Medium List 1 Accent 4" w:uiPriority="65" w:semiHidden="0" w:unhideWhenUsed="0"/>
    <w:lsdException w:name="Medium List 2 Accent 4" w:uiPriority="66" w:semiHidden="0" w:unhideWhenUsed="0"/>
    <w:lsdException w:name="Medium Grid 1 Accent 4" w:uiPriority="67" w:semiHidden="0" w:unhideWhenUsed="0"/>
    <w:lsdException w:name="Medium Grid 2 Accent 4" w:uiPriority="68" w:semiHidden="0" w:unhideWhenUsed="0"/>
    <w:lsdException w:name="Medium Grid 3 Accent 4" w:uiPriority="69" w:semiHidden="0" w:unhideWhenUsed="0"/>
    <w:lsdException w:name="Dark List Accent 4" w:uiPriority="70" w:semiHidden="0" w:unhideWhenUsed="0"/>
    <w:lsdException w:name="Colorful Shading Accent 4" w:uiPriority="71" w:semiHidden="0" w:unhideWhenUsed="0"/>
    <w:lsdException w:name="Colorful List Accent 4" w:uiPriority="72" w:semiHidden="0" w:unhideWhenUsed="0"/>
    <w:lsdException w:name="Colorful Grid Accent 4" w:uiPriority="73" w:semiHidden="0" w:unhideWhenUsed="0"/>
    <w:lsdException w:name="Light Shading Accent 5" w:uiPriority="60" w:semiHidden="0" w:unhideWhenUsed="0"/>
    <w:lsdException w:name="Light List Accent 5" w:uiPriority="61" w:semiHidden="0" w:unhideWhenUsed="0"/>
    <w:lsdException w:name="Light Grid Accent 5" w:uiPriority="62" w:semiHidden="0" w:unhideWhenUsed="0"/>
    <w:lsdException w:name="Medium Shading 1 Accent 5" w:uiPriority="63" w:semiHidden="0" w:unhideWhenUsed="0"/>
    <w:lsdException w:name="Medium Shading 2 Accent 5" w:uiPriority="64" w:semiHidden="0" w:unhideWhenUsed="0"/>
    <w:lsdException w:name="Medium List 1 Accent 5" w:uiPriority="65" w:semiHidden="0" w:unhideWhenUsed="0"/>
    <w:lsdException w:name="Medium List 2 Accent 5" w:uiPriority="66" w:semiHidden="0" w:unhideWhenUsed="0"/>
    <w:lsdException w:name="Medium Grid 1 Accent 5" w:uiPriority="67" w:semiHidden="0" w:unhideWhenUsed="0"/>
    <w:lsdException w:name="Medium Grid 2 Accent 5" w:uiPriority="68" w:semiHidden="0" w:unhideWhenUsed="0"/>
    <w:lsdException w:name="Medium Grid 3 Accent 5" w:uiPriority="69" w:semiHidden="0" w:unhideWhenUsed="0"/>
    <w:lsdException w:name="Dark List Accent 5" w:uiPriority="70" w:semiHidden="0" w:unhideWhenUsed="0"/>
    <w:lsdException w:name="Colorful Shading Accent 5" w:uiPriority="71" w:semiHidden="0" w:unhideWhenUsed="0"/>
    <w:lsdException w:name="Colorful List Accent 5" w:uiPriority="72" w:semiHidden="0" w:unhideWhenUsed="0"/>
    <w:lsdException w:name="Colorful Grid Accent 5" w:uiPriority="73" w:semiHidden="0" w:unhideWhenUsed="0"/>
    <w:lsdException w:name="Light Shading Accent 6" w:uiPriority="60" w:semiHidden="0" w:unhideWhenUsed="0"/>
    <w:lsdException w:name="Light List Accent 6" w:uiPriority="61" w:semiHidden="0" w:unhideWhenUsed="0"/>
    <w:lsdException w:name="Light Grid Accent 6" w:uiPriority="62" w:semiHidden="0" w:unhideWhenUsed="0"/>
    <w:lsdException w:name="Medium Shading 1 Accent 6" w:uiPriority="63" w:semiHidden="0" w:unhideWhenUsed="0"/>
    <w:lsdException w:name="Medium Shading 2 Accent 6" w:uiPriority="64" w:semiHidden="0" w:unhideWhenUsed="0"/>
    <w:lsdException w:name="Medium List 1 Accent 6" w:uiPriority="65" w:semiHidden="0" w:unhideWhenUsed="0"/>
    <w:lsdException w:name="Medium List 2 Accent 6" w:uiPriority="66" w:semiHidden="0" w:unhideWhenUsed="0"/>
    <w:lsdException w:name="Medium Grid 1 Accent 6" w:uiPriority="67" w:semiHidden="0" w:unhideWhenUsed="0"/>
    <w:lsdException w:name="Medium Grid 2 Accent 6" w:uiPriority="68" w:semiHidden="0" w:unhideWhenUsed="0"/>
    <w:lsdException w:name="Medium Grid 3 Accent 6" w:uiPriority="69" w:semiHidden="0" w:unhideWhenUsed="0"/>
    <w:lsdException w:name="Dark List Accent 6" w:uiPriority="70" w:semiHidden="0" w:unhideWhenUsed="0"/>
    <w:lsdException w:name="Colorful Shading Accent 6" w:uiPriority="71" w:semiHidden="0" w:unhideWhenUsed="0"/>
    <w:lsdException w:name="Colorful List Accent 6" w:uiPriority="72" w:semiHidden="0" w:unhideWhenUsed="0"/>
    <w:lsdException w:name="Colorful Grid Accent 6" w:uiPriority="73" w:semiHidden="0" w:unhideWhenUsed="0"/>
    <w:lsdException w:name="Subtle Emphasis" w:uiPriority="19" w:semiHidden="0" w:unhideWhenUsed="0" w:qFormat="1"/>
    <w:lsdException w:name="Intense Emphasis" w:uiPriority="21" w:semiHidden="0" w:unhideWhenUsed="0" w:qFormat="1"/>
    <w:lsdException w:name="Subtle Reference" w:uiPriority="31" w:semiHidden="0" w:unhideWhenUsed="0" w:qFormat="1"/>
    <w:lsdException w:name="Intense Reference" w:uiPriority="32" w:semiHidden="0" w:unhideWhenUsed="0" w:qFormat="1"/>
    <w:lsdException w:name="Book Title" w:uiPriority="33" w:semiHidden="0" w:unhideWhenUsed="0" w:qFormat="1"/>
    <w:lsdException w:name="Bibliography" w:uiPriority="37"/>
    <w:lsdException w:name="TOC Heading" w:uiPriority="39" w:qFormat="1"/>
  </w:latentStyles>
  <w:style w:type="paragraph" w:styleId="Normal" w:default="1">
    <w:name w:val="Normal"/>
    <w:qFormat/>
    <w:rsid w:val="00fc693f"/>
    <w:pPr>
      <w:widowControl/>
      <w:bidi w:val="0"/>
      <w:spacing w:lineRule="auto" w:line="276" w:before="0" w:after="200"/>
      <w:jc w:val="left"/>
    </w:pPr>
    <w:rPr>
      <w:rFonts w:ascii="Arial" w:hAnsi="Arial" w:eastAsia="ＭＳ 明朝" w:cs="" w:cstheme="minorBidi" w:eastAsiaTheme="minorEastAsia"/>
      <w:color w:val="auto"/>
      <w:kern w:val="0"/>
      <w:sz w:val="22"/>
      <w:szCs w:val="22"/>
      <w:lang w:val="en-US" w:eastAsia="en-US" w:bidi="ar-SA"/>
    </w:rPr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 w:val="true"/>
      <w:keepLines/>
      <w:spacing w:before="480" w:after="0"/>
      <w:outlineLvl w:val="0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 w:val="true"/>
      <w:keepLines/>
      <w:spacing w:before="200" w:after="0"/>
      <w:outlineLvl w:val="1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 w:val="true"/>
      <w:keepLines/>
      <w:spacing w:before="200" w:after="0"/>
      <w:outlineLvl w:val="2"/>
    </w:pPr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 w:val="true"/>
      <w:keepLines/>
      <w:spacing w:before="200" w:after="0"/>
      <w:outlineLvl w:val="3"/>
    </w:pPr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 w:val="true"/>
      <w:keepLines/>
      <w:spacing w:before="200" w:after="0"/>
      <w:outlineLvl w:val="4"/>
    </w:pPr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 w:val="true"/>
      <w:keepLines/>
      <w:spacing w:before="200" w:after="0"/>
      <w:outlineLvl w:val="5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 w:val="true"/>
      <w:keepLines/>
      <w:spacing w:before="200" w:after="0"/>
      <w:outlineLvl w:val="6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 w:val="true"/>
      <w:keepLines/>
      <w:spacing w:before="200" w:after="0"/>
      <w:outlineLvl w:val="7"/>
    </w:pPr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 w:val="true"/>
      <w:keepLines/>
      <w:spacing w:before="200" w:after="0"/>
      <w:outlineLvl w:val="8"/>
    </w:pPr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HeaderChar" w:customStyle="1">
    <w:name w:val="Header Char"/>
    <w:basedOn w:val="DefaultParagraphFont"/>
    <w:link w:val="Header"/>
    <w:uiPriority w:val="99"/>
    <w:qFormat/>
    <w:rsid w:val="00e618bf"/>
    <w:rPr/>
  </w:style>
  <w:style w:type="character" w:styleId="FooterChar" w:customStyle="1">
    <w:name w:val="Footer Char"/>
    <w:basedOn w:val="DefaultParagraphFont"/>
    <w:link w:val="Footer"/>
    <w:uiPriority w:val="99"/>
    <w:qFormat/>
    <w:rsid w:val="00e618bf"/>
    <w:rPr/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Heading1Char" w:customStyle="1">
    <w:name w:val="Heading 1 Char"/>
    <w:basedOn w:val="DefaultParagraphFont"/>
    <w:link w:val="Heading1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themeShade="bf" w:val="365F91"/>
      <w:sz w:val="28"/>
      <w:szCs w:val="28"/>
    </w:rPr>
  </w:style>
  <w:style w:type="character" w:styleId="Heading2Char" w:customStyle="1">
    <w:name w:val="Heading 2 Char"/>
    <w:basedOn w:val="DefaultParagraphFont"/>
    <w:link w:val="Heading2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  <w:sz w:val="26"/>
      <w:szCs w:val="26"/>
    </w:rPr>
  </w:style>
  <w:style w:type="character" w:styleId="Heading3Char" w:customStyle="1">
    <w:name w:val="Heading 3 Char"/>
    <w:basedOn w:val="DefaultParagraphFont"/>
    <w:link w:val="Heading3"/>
    <w:uiPriority w:val="9"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color w:themeColor="accent1" w:val="4F81BD"/>
    </w:rPr>
  </w:style>
  <w:style w:type="character" w:styleId="TitleChar" w:customStyle="1">
    <w:name w:val="Title Char"/>
    <w:basedOn w:val="DefaultParagraphFont"/>
    <w:link w:val="Title"/>
    <w:uiPriority w:val="10"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character" w:styleId="SubtitleChar" w:customStyle="1">
    <w:name w:val="Subtitle Char"/>
    <w:basedOn w:val="DefaultParagraphFont"/>
    <w:link w:val="Subtitle"/>
    <w:uiPriority w:val="11"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character" w:styleId="BodyTextChar" w:customStyle="1">
    <w:name w:val="Body Text Char"/>
    <w:basedOn w:val="DefaultParagraphFont"/>
    <w:uiPriority w:val="99"/>
    <w:qFormat/>
    <w:rsid w:val="00aa1d8d"/>
    <w:rPr/>
  </w:style>
  <w:style w:type="character" w:styleId="BodyText2Char" w:customStyle="1">
    <w:name w:val="Body Text 2 Char"/>
    <w:basedOn w:val="DefaultParagraphFont"/>
    <w:link w:val="BodyText2"/>
    <w:uiPriority w:val="99"/>
    <w:qFormat/>
    <w:rsid w:val="00aa1d8d"/>
    <w:rPr/>
  </w:style>
  <w:style w:type="character" w:styleId="BodyText3Char" w:customStyle="1">
    <w:name w:val="Body Text 3 Char"/>
    <w:basedOn w:val="DefaultParagraphFont"/>
    <w:link w:val="BodyText3"/>
    <w:uiPriority w:val="99"/>
    <w:qFormat/>
    <w:rsid w:val="00aa1d8d"/>
    <w:rPr>
      <w:sz w:val="16"/>
      <w:szCs w:val="16"/>
    </w:rPr>
  </w:style>
  <w:style w:type="character" w:styleId="MacroTextChar" w:customStyle="1">
    <w:name w:val="Macro Text Char"/>
    <w:basedOn w:val="DefaultParagraphFont"/>
    <w:link w:val="macro"/>
    <w:uiPriority w:val="99"/>
    <w:qFormat/>
    <w:rsid w:val="0029639d"/>
    <w:rPr>
      <w:rFonts w:ascii="Courier" w:hAnsi="Courier"/>
      <w:sz w:val="20"/>
      <w:szCs w:val="20"/>
    </w:rPr>
  </w:style>
  <w:style w:type="character" w:styleId="QuoteChar" w:customStyle="1">
    <w:name w:val="Quote Char"/>
    <w:basedOn w:val="DefaultParagraphFont"/>
    <w:link w:val="Quote"/>
    <w:uiPriority w:val="29"/>
    <w:qFormat/>
    <w:rsid w:val="00fc693f"/>
    <w:rPr>
      <w:i/>
      <w:iCs/>
      <w:color w:themeColor="text1" w:val="000000"/>
    </w:rPr>
  </w:style>
  <w:style w:type="character" w:styleId="Heading4Char" w:customStyle="1">
    <w:name w:val="Heading 4 Char"/>
    <w:basedOn w:val="DefaultParagraphFont"/>
    <w:link w:val="Heading4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b/>
      <w:bCs/>
      <w:i/>
      <w:iCs/>
      <w:color w:themeColor="accent1" w:val="4F81BD"/>
    </w:rPr>
  </w:style>
  <w:style w:type="character" w:styleId="Heading5Char" w:customStyle="1">
    <w:name w:val="Heading 5 Char"/>
    <w:basedOn w:val="DefaultParagraphFont"/>
    <w:link w:val="Heading5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themeShade="7f" w:val="243F60"/>
    </w:rPr>
  </w:style>
  <w:style w:type="character" w:styleId="Heading6Char" w:customStyle="1">
    <w:name w:val="Heading 6 Char"/>
    <w:basedOn w:val="DefaultParagraphFont"/>
    <w:link w:val="Heading6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themeShade="7f" w:val="243F60"/>
    </w:rPr>
  </w:style>
  <w:style w:type="character" w:styleId="Heading7Char" w:customStyle="1">
    <w:name w:val="Heading 7 Char"/>
    <w:basedOn w:val="DefaultParagraphFont"/>
    <w:link w:val="Heading7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</w:rPr>
  </w:style>
  <w:style w:type="character" w:styleId="Heading8Char" w:customStyle="1">
    <w:name w:val="Heading 8 Char"/>
    <w:basedOn w:val="DefaultParagraphFont"/>
    <w:link w:val="Heading8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color w:themeColor="accent1" w:val="4F81BD"/>
      <w:sz w:val="20"/>
      <w:szCs w:val="20"/>
    </w:rPr>
  </w:style>
  <w:style w:type="character" w:styleId="Heading9Char" w:customStyle="1">
    <w:name w:val="Heading 9 Char"/>
    <w:basedOn w:val="DefaultParagraphFont"/>
    <w:link w:val="Heading9"/>
    <w:uiPriority w:val="9"/>
    <w:semiHidden/>
    <w:qFormat/>
    <w:rsid w:val="00fc693f"/>
    <w:rPr>
      <w:rFonts w:ascii="Calibri" w:hAnsi="Calibri" w:eastAsia="ＭＳ ゴシック" w:cs="" w:asciiTheme="majorHAnsi" w:cstheme="majorBidi" w:eastAsiaTheme="majorEastAsia" w:hAnsiTheme="majorHAnsi"/>
      <w:i/>
      <w:iCs/>
      <w:color w:themeColor="text1" w:themeTint="bf" w:val="404040"/>
      <w:sz w:val="20"/>
      <w:szCs w:val="20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character" w:styleId="IntenseQuoteChar" w:customStyle="1">
    <w:name w:val="Intense Quote Char"/>
    <w:basedOn w:val="DefaultParagraphFont"/>
    <w:link w:val="IntenseQuote"/>
    <w:uiPriority w:val="30"/>
    <w:qFormat/>
    <w:rsid w:val="00fc693f"/>
    <w:rPr>
      <w:b/>
      <w:bCs/>
      <w:i/>
      <w:iCs/>
      <w:color w:themeColor="accent1" w:val="4F81BD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themeColor="text1" w:themeTint="7f" w:val="808080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themeColor="accent1" w:val="4F81BD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themeColor="accent2" w:val="C0504D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themeColor="accent2" w:val="C0504D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Heading">
    <w:name w:val="Heading"/>
    <w:basedOn w:val="Normal"/>
    <w:next w:val="BodyText"/>
    <w:qFormat/>
    <w:pPr>
      <w:keepNext w:val="true"/>
      <w:spacing w:before="240" w:after="120"/>
    </w:pPr>
    <w:rPr>
      <w:rFonts w:ascii="Arimo" w:hAnsi="Arimo" w:eastAsia="DejaVu Sans" w:cs="Baloo 2"/>
      <w:sz w:val="28"/>
      <w:szCs w:val="28"/>
    </w:r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before="0" w:after="120"/>
    </w:pPr>
    <w:rPr/>
  </w:style>
  <w:style w:type="paragraph" w:styleId="List">
    <w:name w:val="List"/>
    <w:basedOn w:val="Normal"/>
    <w:uiPriority w:val="99"/>
    <w:unhideWhenUsed/>
    <w:rsid w:val="00aa1d8d"/>
    <w:pPr>
      <w:spacing w:before="0" w:after="200"/>
      <w:ind w:hanging="360" w:left="360"/>
      <w:contextualSpacing/>
    </w:pPr>
    <w:rPr/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Rule="auto" w:line="240"/>
    </w:pPr>
    <w:rPr>
      <w:b/>
      <w:bCs/>
      <w:color w:themeColor="accent1" w:val="4F81BD"/>
      <w:sz w:val="18"/>
      <w:szCs w:val="18"/>
    </w:rPr>
  </w:style>
  <w:style w:type="paragraph" w:styleId="Index">
    <w:name w:val="Index"/>
    <w:basedOn w:val="Normal"/>
    <w:qFormat/>
    <w:pPr>
      <w:suppressLineNumbers/>
    </w:pPr>
    <w:rPr>
      <w:rFonts w:cs="Baloo 2"/>
    </w:rPr>
  </w:style>
  <w:style w:type="paragraph" w:styleId="HeaderandFooter">
    <w:name w:val="Header and Footer"/>
    <w:basedOn w:val="Normal"/>
    <w:qFormat/>
    <w:pPr/>
    <w:rPr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lear" w:pos="720"/>
        <w:tab w:val="center" w:pos="4680" w:leader="none"/>
        <w:tab w:val="right" w:pos="9360" w:leader="none"/>
      </w:tabs>
      <w:spacing w:lineRule="auto" w:line="240" w:before="0" w:after="0"/>
    </w:pPr>
    <w:rPr/>
  </w:style>
  <w:style w:type="paragraph" w:styleId="NoSpacing">
    <w:name w:val="No Spacing"/>
    <w:uiPriority w:val="1"/>
    <w:qFormat/>
    <w:rsid w:val="00fc693f"/>
    <w:pPr>
      <w:widowControl/>
      <w:bidi w:val="0"/>
      <w:spacing w:lineRule="auto" w:line="240" w:before="0" w:after="0"/>
      <w:jc w:val="left"/>
    </w:pPr>
    <w:rPr>
      <w:rFonts w:ascii="Cambria" w:hAnsi="Cambria" w:eastAsia="ＭＳ 明朝" w:cs="" w:asciiTheme="minorHAnsi" w:cstheme="minorBidi" w:eastAsiaTheme="minorEastAsia" w:hAnsiTheme="minorHAnsi"/>
      <w:color w:val="auto"/>
      <w:kern w:val="0"/>
      <w:sz w:val="22"/>
      <w:szCs w:val="22"/>
      <w:lang w:val="en-US" w:eastAsia="en-US" w:bidi="ar-SA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lineRule="auto" w:line="240" w:before="0" w:after="300"/>
      <w:contextualSpacing/>
    </w:pPr>
    <w:rPr>
      <w:rFonts w:ascii="Calibri" w:hAnsi="Calibri" w:eastAsia="ＭＳ ゴシック" w:cs="" w:asciiTheme="majorHAnsi" w:cstheme="majorBidi" w:eastAsiaTheme="majorEastAsia" w:hAnsiTheme="majorHAnsi"/>
      <w:color w:themeColor="text2" w:themeShade="bf" w:val="17365D"/>
      <w:spacing w:val="5"/>
      <w:kern w:val="2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/>
    <w:rPr>
      <w:rFonts w:ascii="Calibri" w:hAnsi="Calibri" w:eastAsia="ＭＳ ゴシック" w:cs="" w:asciiTheme="majorHAnsi" w:cstheme="majorBidi" w:eastAsiaTheme="majorEastAsia" w:hAnsiTheme="majorHAnsi"/>
      <w:i/>
      <w:iCs/>
      <w:color w:themeColor="accent1" w:val="4F81BD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spacing w:before="0" w:after="200"/>
      <w:ind w:left="720"/>
      <w:contextualSpacing/>
    </w:pPr>
    <w:rPr/>
  </w:style>
  <w:style w:type="paragraph" w:styleId="BodyText2">
    <w:name w:val="Body Text 2"/>
    <w:basedOn w:val="Normal"/>
    <w:link w:val="BodyText2Char"/>
    <w:uiPriority w:val="99"/>
    <w:unhideWhenUsed/>
    <w:qFormat/>
    <w:rsid w:val="00aa1d8d"/>
    <w:pPr>
      <w:spacing w:lineRule="auto" w:line="480" w:before="0" w:after="120"/>
    </w:pPr>
    <w:rPr/>
  </w:style>
  <w:style w:type="paragraph" w:styleId="BodyText3">
    <w:name w:val="Body Text 3"/>
    <w:basedOn w:val="Normal"/>
    <w:link w:val="BodyText3Char"/>
    <w:uiPriority w:val="99"/>
    <w:unhideWhenUsed/>
    <w:qFormat/>
    <w:rsid w:val="00aa1d8d"/>
    <w:pPr>
      <w:spacing w:before="0" w:after="120"/>
    </w:pPr>
    <w:rPr>
      <w:sz w:val="16"/>
      <w:szCs w:val="16"/>
    </w:rPr>
  </w:style>
  <w:style w:type="paragraph" w:styleId="List2">
    <w:name w:val="List 2"/>
    <w:basedOn w:val="Normal"/>
    <w:uiPriority w:val="99"/>
    <w:unhideWhenUsed/>
    <w:qFormat/>
    <w:rsid w:val="00326f90"/>
    <w:pPr>
      <w:spacing w:before="0" w:after="200"/>
      <w:ind w:hanging="360" w:left="720"/>
      <w:contextualSpacing/>
    </w:pPr>
    <w:rPr/>
  </w:style>
  <w:style w:type="paragraph" w:styleId="List3">
    <w:name w:val="List 3"/>
    <w:basedOn w:val="Normal"/>
    <w:uiPriority w:val="99"/>
    <w:unhideWhenUsed/>
    <w:qFormat/>
    <w:rsid w:val="00326f90"/>
    <w:pPr>
      <w:spacing w:before="0" w:after="200"/>
      <w:ind w:hanging="360" w:left="1080"/>
      <w:contextualSpacing/>
    </w:pPr>
    <w:rPr/>
  </w:style>
  <w:style w:type="paragraph" w:styleId="ListBullet">
    <w:name w:val="List Bullet"/>
    <w:basedOn w:val="Normal"/>
    <w:uiPriority w:val="99"/>
    <w:unhideWhenUsed/>
    <w:rsid w:val="00326f90"/>
    <w:pPr>
      <w:numPr>
        <w:ilvl w:val="0"/>
        <w:numId w:val="1"/>
      </w:numPr>
      <w:spacing w:before="0" w:after="200"/>
      <w:contextualSpacing/>
    </w:pPr>
    <w:rPr/>
  </w:style>
  <w:style w:type="paragraph" w:styleId="ListBullet2">
    <w:name w:val="List Bullet 2"/>
    <w:basedOn w:val="Normal"/>
    <w:uiPriority w:val="99"/>
    <w:unhideWhenUsed/>
    <w:rsid w:val="00326f90"/>
    <w:pPr>
      <w:numPr>
        <w:ilvl w:val="0"/>
        <w:numId w:val="2"/>
      </w:numPr>
      <w:spacing w:before="0" w:after="200"/>
      <w:contextualSpacing/>
    </w:pPr>
    <w:rPr/>
  </w:style>
  <w:style w:type="paragraph" w:styleId="ListBullet3">
    <w:name w:val="List Bullet 3"/>
    <w:basedOn w:val="Normal"/>
    <w:uiPriority w:val="99"/>
    <w:unhideWhenUsed/>
    <w:rsid w:val="00326f90"/>
    <w:pPr>
      <w:numPr>
        <w:ilvl w:val="0"/>
        <w:numId w:val="3"/>
      </w:numPr>
      <w:spacing w:before="0" w:after="200"/>
      <w:contextualSpacing/>
    </w:pPr>
    <w:rPr/>
  </w:style>
  <w:style w:type="paragraph" w:styleId="ListNumber">
    <w:name w:val="List Number"/>
    <w:basedOn w:val="Normal"/>
    <w:uiPriority w:val="99"/>
    <w:unhideWhenUsed/>
    <w:rsid w:val="00326f90"/>
    <w:pPr>
      <w:numPr>
        <w:ilvl w:val="0"/>
        <w:numId w:val="4"/>
      </w:numPr>
      <w:spacing w:before="0" w:after="200"/>
      <w:contextualSpacing/>
    </w:pPr>
    <w:rPr/>
  </w:style>
  <w:style w:type="paragraph" w:styleId="ListNumber2">
    <w:name w:val="List Number 2"/>
    <w:basedOn w:val="Normal"/>
    <w:uiPriority w:val="99"/>
    <w:unhideWhenUsed/>
    <w:rsid w:val="0029639d"/>
    <w:pPr>
      <w:numPr>
        <w:ilvl w:val="0"/>
        <w:numId w:val="5"/>
      </w:numPr>
      <w:spacing w:before="0" w:after="200"/>
      <w:contextualSpacing/>
    </w:pPr>
    <w:rPr/>
  </w:style>
  <w:style w:type="paragraph" w:styleId="ListNumber3">
    <w:name w:val="List Number 3"/>
    <w:basedOn w:val="Normal"/>
    <w:uiPriority w:val="99"/>
    <w:unhideWhenUsed/>
    <w:rsid w:val="0029639d"/>
    <w:pPr>
      <w:numPr>
        <w:ilvl w:val="0"/>
        <w:numId w:val="6"/>
      </w:numPr>
      <w:spacing w:before="0" w:after="200"/>
      <w:contextualSpacing/>
    </w:pPr>
    <w:rPr/>
  </w:style>
  <w:style w:type="paragraph" w:styleId="ListContinue">
    <w:name w:val="List Continue"/>
    <w:basedOn w:val="Normal"/>
    <w:uiPriority w:val="99"/>
    <w:unhideWhenUsed/>
    <w:rsid w:val="0029639d"/>
    <w:pPr>
      <w:spacing w:before="0" w:after="120"/>
      <w:ind w:left="360"/>
      <w:contextualSpacing/>
    </w:pPr>
    <w:rPr/>
  </w:style>
  <w:style w:type="paragraph" w:styleId="ListContinue2">
    <w:name w:val="List Continue 2"/>
    <w:basedOn w:val="Normal"/>
    <w:uiPriority w:val="99"/>
    <w:unhideWhenUsed/>
    <w:rsid w:val="0029639d"/>
    <w:pPr>
      <w:spacing w:before="0" w:after="120"/>
      <w:ind w:left="720"/>
      <w:contextualSpacing/>
    </w:pPr>
    <w:rPr/>
  </w:style>
  <w:style w:type="paragraph" w:styleId="ListContinue3">
    <w:name w:val="List Continue 3"/>
    <w:basedOn w:val="Normal"/>
    <w:uiPriority w:val="99"/>
    <w:unhideWhenUsed/>
    <w:rsid w:val="0029639d"/>
    <w:pPr>
      <w:spacing w:before="0" w:after="120"/>
      <w:ind w:left="1080"/>
      <w:contextualSpacing/>
    </w:pPr>
    <w:rPr/>
  </w:style>
  <w:style w:type="paragraph" w:styleId="macro">
    <w:name w:val="macro"/>
    <w:link w:val="MacroTextChar"/>
    <w:uiPriority w:val="99"/>
    <w:unhideWhenUsed/>
    <w:qFormat/>
    <w:rsid w:val="0029639d"/>
    <w:pPr>
      <w:widowControl/>
      <w:tabs>
        <w:tab w:val="clear" w:pos="720"/>
        <w:tab w:val="left" w:pos="576" w:leader="none"/>
        <w:tab w:val="left" w:pos="1152" w:leader="none"/>
        <w:tab w:val="left" w:pos="1728" w:leader="none"/>
        <w:tab w:val="left" w:pos="2304" w:leader="none"/>
        <w:tab w:val="left" w:pos="2880" w:leader="none"/>
        <w:tab w:val="left" w:pos="3456" w:leader="none"/>
        <w:tab w:val="left" w:pos="4032" w:leader="none"/>
      </w:tabs>
      <w:bidi w:val="0"/>
      <w:spacing w:lineRule="auto" w:line="276" w:before="0" w:after="200"/>
      <w:jc w:val="left"/>
    </w:pPr>
    <w:rPr>
      <w:rFonts w:ascii="Courier" w:hAnsi="Courier" w:eastAsia="ＭＳ 明朝" w:cs="" w:cstheme="minorBidi" w:eastAsiaTheme="minorEastAsia"/>
      <w:color w:val="auto"/>
      <w:kern w:val="0"/>
      <w:sz w:val="20"/>
      <w:szCs w:val="20"/>
      <w:lang w:val="en-US" w:eastAsia="en-US" w:bidi="ar-SA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pPr/>
    <w:rPr>
      <w:i/>
      <w:iCs/>
      <w:color w:themeColor="text1" w:val="000000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themeColor="accent1" w:val="4F81BD"/>
    </w:rPr>
  </w:style>
  <w:style w:type="paragraph" w:styleId="IndexHeading">
    <w:name w:val="Index Heading"/>
    <w:basedOn w:val="Heading"/>
    <w:pPr/>
    <w:rPr/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  <w:rPr/>
  </w:style>
  <w:style w:type="numbering" w:styleId="NoList" w:default="1">
    <w:name w:val="No List"/>
    <w:uiPriority w:val="99"/>
    <w:semiHidden/>
    <w:unhideWhenUsed/>
    <w:qFormat/>
  </w:style>
  <w:style w:type="table" w:default="1" w:styleId="Table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themeColor="text1" w:themeShade="bf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000000" w:themeColor="text1" w:sz="8" w:space="0"/>
          <w:left w:val="nil"/>
          <w:bottom w:val="single" w:color="000000" w:themeColor="tex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themeColor="accent1" w:themeShade="bf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F81BD" w:themeColor="accent1" w:sz="8" w:space="0"/>
          <w:left w:val="nil"/>
          <w:bottom w:val="single" w:color="4F81BD" w:themeColor="accent1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themeColor="accent2" w:themeShade="bf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C0504D" w:themeColor="accent2" w:sz="8" w:space="0"/>
          <w:left w:val="nil"/>
          <w:bottom w:val="single" w:color="C0504D" w:themeColor="accent2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themeColor="accent3" w:themeShade="bf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9BBB59" w:themeColor="accent3" w:sz="8" w:space="0"/>
          <w:left w:val="nil"/>
          <w:bottom w:val="single" w:color="9BBB59" w:themeColor="accent3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themeColor="accent4" w:themeShade="bf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8064A2" w:themeColor="accent4" w:sz="8" w:space="0"/>
          <w:left w:val="nil"/>
          <w:bottom w:val="single" w:color="8064A2" w:themeColor="accent4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themeColor="accent5" w:themeShade="bf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4BACC6" w:themeColor="accent5" w:sz="8" w:space="0"/>
          <w:left w:val="nil"/>
          <w:bottom w:val="single" w:color="4BACC6" w:themeColor="accent5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themeColor="accent6" w:themeShade="bf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color="F79646" w:themeColor="accent6" w:sz="8" w:space="0"/>
          <w:left w:val="nil"/>
          <w:bottom w:val="single" w:color="F79646" w:themeColor="accent6" w:sz="8" w:space="0"/>
          <w:right w:val="nil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1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000000" w:themeColor="text1" w:sz="6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H w:val="nil"/>
          <w:insideV w:val="single" w:color="000000" w:themeColor="tex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</w:tcPr>
    </w:tblStylePr>
    <w:tblStylePr w:type="band1Vert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color="000000" w:themeColor="text1" w:sz="8" w:space="0"/>
          <w:left w:val="single" w:color="000000" w:themeColor="text1" w:sz="8" w:space="0"/>
          <w:bottom w:val="single" w:color="000000" w:themeColor="text1" w:sz="8" w:space="0"/>
          <w:right w:val="single" w:color="000000" w:themeColor="text1" w:sz="8" w:space="0"/>
          <w:insideV w:val="single" w:color="000000" w:themeColor="text1" w:sz="8" w:space="0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1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F81BD" w:themeColor="accent1" w:sz="6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H w:val="nil"/>
          <w:insideV w:val="single" w:color="4F81BD" w:themeColor="accent1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</w:tcPr>
    </w:tblStylePr>
    <w:tblStylePr w:type="band1Vert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color="4F81BD" w:themeColor="accent1" w:sz="8" w:space="0"/>
          <w:left w:val="single" w:color="4F81BD" w:themeColor="accent1" w:sz="8" w:space="0"/>
          <w:bottom w:val="single" w:color="4F81BD" w:themeColor="accent1" w:sz="8" w:space="0"/>
          <w:right w:val="single" w:color="4F81BD" w:themeColor="accent1" w:sz="8" w:space="0"/>
          <w:insideV w:val="single" w:color="4F81BD" w:themeColor="accent1" w:sz="8" w:space="0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1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C0504D" w:themeColor="accent2" w:sz="6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H w:val="nil"/>
          <w:insideV w:val="single" w:color="C0504D" w:themeColor="accent2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</w:tcPr>
    </w:tblStylePr>
    <w:tblStylePr w:type="band1Vert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color="C0504D" w:themeColor="accent2" w:sz="8" w:space="0"/>
          <w:left w:val="single" w:color="C0504D" w:themeColor="accent2" w:sz="8" w:space="0"/>
          <w:bottom w:val="single" w:color="C0504D" w:themeColor="accent2" w:sz="8" w:space="0"/>
          <w:right w:val="single" w:color="C0504D" w:themeColor="accent2" w:sz="8" w:space="0"/>
          <w:insideV w:val="single" w:color="C0504D" w:themeColor="accent2" w:sz="8" w:space="0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1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9BBB59" w:themeColor="accent3" w:sz="6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H w:val="nil"/>
          <w:insideV w:val="single" w:color="9BBB59" w:themeColor="accent3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</w:tcPr>
    </w:tblStylePr>
    <w:tblStylePr w:type="band1Vert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color="9BBB59" w:themeColor="accent3" w:sz="8" w:space="0"/>
          <w:left w:val="single" w:color="9BBB59" w:themeColor="accent3" w:sz="8" w:space="0"/>
          <w:bottom w:val="single" w:color="9BBB59" w:themeColor="accent3" w:sz="8" w:space="0"/>
          <w:right w:val="single" w:color="9BBB59" w:themeColor="accent3" w:sz="8" w:space="0"/>
          <w:insideV w:val="single" w:color="9BBB59" w:themeColor="accent3" w:sz="8" w:space="0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1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8064A2" w:themeColor="accent4" w:sz="6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H w:val="nil"/>
          <w:insideV w:val="single" w:color="8064A2" w:themeColor="accent4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</w:tcPr>
    </w:tblStylePr>
    <w:tblStylePr w:type="band1Vert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color="8064A2" w:themeColor="accent4" w:sz="8" w:space="0"/>
          <w:left w:val="single" w:color="8064A2" w:themeColor="accent4" w:sz="8" w:space="0"/>
          <w:bottom w:val="single" w:color="8064A2" w:themeColor="accent4" w:sz="8" w:space="0"/>
          <w:right w:val="single" w:color="8064A2" w:themeColor="accent4" w:sz="8" w:space="0"/>
          <w:insideV w:val="single" w:color="8064A2" w:themeColor="accent4" w:sz="8" w:space="0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1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4BACC6" w:themeColor="accent5" w:sz="6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H w:val="nil"/>
          <w:insideV w:val="single" w:color="4BACC6" w:themeColor="accent5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</w:tcPr>
    </w:tblStylePr>
    <w:tblStylePr w:type="band1Vert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color="4BACC6" w:themeColor="accent5" w:sz="8" w:space="0"/>
          <w:left w:val="single" w:color="4BACC6" w:themeColor="accent5" w:sz="8" w:space="0"/>
          <w:bottom w:val="single" w:color="4BACC6" w:themeColor="accent5" w:sz="8" w:space="0"/>
          <w:right w:val="single" w:color="4BACC6" w:themeColor="accent5" w:sz="8" w:space="0"/>
          <w:insideV w:val="single" w:color="4BACC6" w:themeColor="accent5" w:sz="8" w:space="0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1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lastRow">
      <w:pPr>
        <w:spacing w:before="0" w:after="0" w:line="240" w:lineRule="auto"/>
      </w:pPr>
      <w:rPr>
        <w:rFonts w:asciiTheme="majorHAnsi" w:hAnsiTheme="majorHAnsi" w:eastAsiaTheme="majorEastAsia" w:cstheme="majorBidi"/>
        <w:b/>
        <w:bCs/>
      </w:rPr>
      <w:tblPr/>
      <w:tcPr>
        <w:tcBorders>
          <w:top w:val="double" w:color="F79646" w:themeColor="accent6" w:sz="6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H w:val="nil"/>
          <w:insideV w:val="single" w:color="F79646" w:themeColor="accent6" w:sz="8" w:space="0"/>
        </w:tcBorders>
      </w:tcPr>
    </w:tblStylePr>
    <w:tblStylePr w:type="firstCol">
      <w:rPr>
        <w:rFonts w:asciiTheme="majorHAnsi" w:hAnsiTheme="majorHAnsi" w:eastAsiaTheme="majorEastAsia" w:cstheme="majorBidi"/>
        <w:b/>
        <w:bCs/>
      </w:rPr>
      <w:tblPr/>
    </w:tblStylePr>
    <w:tblStylePr w:type="lastCol">
      <w:rPr>
        <w:rFonts w:asciiTheme="majorHAnsi" w:hAnsiTheme="majorHAnsi" w:eastAsiaTheme="majorEastAsia" w:cstheme="majorBidi"/>
        <w:b/>
        <w:bCs/>
      </w:rPr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</w:tcPr>
    </w:tblStylePr>
    <w:tblStylePr w:type="band1Vert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color="F79646" w:themeColor="accent6" w:sz="8" w:space="0"/>
          <w:left w:val="single" w:color="F79646" w:themeColor="accent6" w:sz="8" w:space="0"/>
          <w:bottom w:val="single" w:color="F79646" w:themeColor="accent6" w:sz="8" w:space="0"/>
          <w:right w:val="single" w:color="F79646" w:themeColor="accent6" w:sz="8" w:space="0"/>
          <w:insideV w:val="single" w:color="F79646" w:themeColor="accent6" w:sz="8" w:space="0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404040" w:themeColor="text1" w:sz="8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404040" w:themeColor="text1" w:sz="6" w:space="0"/>
          <w:left w:val="single" w:color="404040" w:themeColor="text1" w:sz="8" w:space="0"/>
          <w:bottom w:val="single" w:color="404040" w:themeColor="text1" w:sz="8" w:space="0"/>
          <w:right w:val="single" w:color="404040" w:themeColor="tex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BA0CD" w:themeColor="accent1" w:sz="8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BA0CD" w:themeColor="accent1" w:sz="6" w:space="0"/>
          <w:left w:val="single" w:color="7BA0CD" w:themeColor="accent1" w:sz="8" w:space="0"/>
          <w:bottom w:val="single" w:color="7BA0CD" w:themeColor="accent1" w:sz="8" w:space="0"/>
          <w:right w:val="single" w:color="7BA0CD" w:themeColor="accent1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CF7B79" w:themeColor="accent2" w:sz="8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CF7B79" w:themeColor="accent2" w:sz="6" w:space="0"/>
          <w:left w:val="single" w:color="CF7B79" w:themeColor="accent2" w:sz="8" w:space="0"/>
          <w:bottom w:val="single" w:color="CF7B79" w:themeColor="accent2" w:sz="8" w:space="0"/>
          <w:right w:val="single" w:color="CF7B79" w:themeColor="accent2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B3CC82" w:themeColor="accent3" w:sz="8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B3CC82" w:themeColor="accent3" w:sz="6" w:space="0"/>
          <w:left w:val="single" w:color="B3CC82" w:themeColor="accent3" w:sz="8" w:space="0"/>
          <w:bottom w:val="single" w:color="B3CC82" w:themeColor="accent3" w:sz="8" w:space="0"/>
          <w:right w:val="single" w:color="B3CC82" w:themeColor="accent3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9F8AB9" w:themeColor="accent4" w:sz="8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9F8AB9" w:themeColor="accent4" w:sz="6" w:space="0"/>
          <w:left w:val="single" w:color="9F8AB9" w:themeColor="accent4" w:sz="8" w:space="0"/>
          <w:bottom w:val="single" w:color="9F8AB9" w:themeColor="accent4" w:sz="8" w:space="0"/>
          <w:right w:val="single" w:color="9F8AB9" w:themeColor="accent4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78C0D4" w:themeColor="accent5" w:sz="8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78C0D4" w:themeColor="accent5" w:sz="6" w:space="0"/>
          <w:left w:val="single" w:color="78C0D4" w:themeColor="accent5" w:sz="8" w:space="0"/>
          <w:bottom w:val="single" w:color="78C0D4" w:themeColor="accent5" w:sz="8" w:space="0"/>
          <w:right w:val="single" w:color="78C0D4" w:themeColor="accent5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F9B074" w:themeColor="accent6" w:sz="8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color="F9B074" w:themeColor="accent6" w:sz="6" w:space="0"/>
          <w:left w:val="single" w:color="F9B074" w:themeColor="accent6" w:sz="8" w:space="0"/>
          <w:bottom w:val="single" w:color="F9B074" w:themeColor="accent6" w:sz="8" w:space="0"/>
          <w:right w:val="single" w:color="F9B074" w:themeColor="accent6" w:sz="8" w:space="0"/>
          <w:insideH w:val="nil"/>
          <w:insideV w:val="nil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color="auto" w:sz="18" w:space="0"/>
        <w:bottom w:val="single" w:color="auto" w:sz="1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/>
      <w:tblPr/>
      <w:tcPr>
        <w:tcBorders>
          <w:top w:val="double" w:color="auto" w:sz="6" w:space="0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background1"/>
      </w:rPr>
      <w:tblPr/>
      <w:tcPr>
        <w:tcBorders>
          <w:top w:val="nil"/>
          <w:left w:val="nil"/>
          <w:bottom w:val="single" w:color="auto" w:sz="18" w:space="0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  <w:tblStylePr w:type="nwCell">
      <w:rPr>
        <w:color w:themeColor="background1"/>
      </w:rPr>
      <w:tblPr/>
      <w:tcPr>
        <w:tcBorders>
          <w:top w:val="single" w:color="auto" w:sz="18" w:space="0"/>
          <w:left w:val="nil"/>
          <w:bottom w:val="single" w:color="auto" w:sz="18" w:space="0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000000" w:themeColor="text1" w:sz="8" w:space="0"/>
        <w:bottom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000000" w:themeColor="tex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000000" w:themeColor="text1" w:sz="8" w:space="0"/>
          <w:bottom w:val="single" w:color="000000" w:themeColor="text1" w:sz="8" w:space="0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F81BD" w:themeColor="accent1" w:sz="8" w:space="0"/>
        <w:bottom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F81BD" w:themeColor="accent1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F81BD" w:themeColor="accent1" w:sz="8" w:space="0"/>
          <w:bottom w:val="single" w:color="4F81BD" w:themeColor="accent1" w:sz="8" w:space="0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8" w:space="0"/>
        <w:bottom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C0504D" w:themeColor="accent2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C0504D" w:themeColor="accent2" w:sz="8" w:space="0"/>
          <w:bottom w:val="single" w:color="C0504D" w:themeColor="accent2" w:sz="8" w:space="0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8" w:space="0"/>
        <w:bottom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9BBB59" w:themeColor="accent3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9BBB59" w:themeColor="accent3" w:sz="8" w:space="0"/>
          <w:bottom w:val="single" w:color="9BBB59" w:themeColor="accent3" w:sz="8" w:space="0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8" w:space="0"/>
        <w:bottom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8064A2" w:themeColor="accent4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8064A2" w:themeColor="accent4" w:sz="8" w:space="0"/>
          <w:bottom w:val="single" w:color="8064A2" w:themeColor="accent4" w:sz="8" w:space="0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8" w:space="0"/>
        <w:bottom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4BACC6" w:themeColor="accent5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4BACC6" w:themeColor="accent5" w:sz="8" w:space="0"/>
          <w:bottom w:val="single" w:color="4BACC6" w:themeColor="accent5" w:sz="8" w:space="0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8" w:space="0"/>
        <w:bottom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hAnsiTheme="majorHAnsi" w:eastAsiaTheme="majorEastAsia" w:cstheme="majorBidi"/>
      </w:rPr>
      <w:tblPr/>
      <w:tcPr>
        <w:tcBorders>
          <w:top w:val="nil"/>
          <w:bottom w:val="single" w:color="F79646" w:themeColor="accent6" w:sz="8" w:space="0"/>
        </w:tcBorders>
      </w:tcPr>
    </w:tblStylePr>
    <w:tblStylePr w:type="lastRow">
      <w:rPr>
        <w:b/>
        <w:bCs/>
        <w:color w:themeColor="text2"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  <w:tcPr>
        <w:tcBorders>
          <w:top w:val="single" w:color="F79646" w:themeColor="accent6" w:sz="8" w:space="0"/>
          <w:bottom w:val="single" w:color="F79646" w:themeColor="accent6" w:sz="8" w:space="0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000000" w:themeColor="tex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000000" w:themeColor="tex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000000" w:themeColor="tex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000000" w:themeColor="tex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F81BD" w:themeColor="accent1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F81BD" w:themeColor="accent1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F81BD" w:themeColor="accent1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F81BD" w:themeColor="accent1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C0504D" w:themeColor="accent2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C0504D" w:themeColor="accent2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C0504D" w:themeColor="accent2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9BBB59" w:themeColor="accent3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9BBB59" w:themeColor="accent3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9BBB59" w:themeColor="accent3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8064A2" w:themeColor="accent4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8064A2" w:themeColor="accent4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8064A2" w:themeColor="accent4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4BACC6" w:themeColor="accent5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4BACC6" w:themeColor="accent5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4BACC6" w:themeColor="accent5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color="F79646" w:themeColor="accent6" w:sz="8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color="F79646" w:themeColor="accent6" w:sz="8" w:space="0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color="F79646" w:themeColor="accent6" w:sz="8" w:space="0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404040" w:themeColor="text1" w:themeTint="bf" w:sz="8" w:space="0"/>
        <w:left w:val="single" w:color="404040" w:themeColor="text1" w:themeTint="bf" w:sz="8" w:space="0"/>
        <w:bottom w:val="single" w:color="404040" w:themeColor="text1" w:themeTint="bf" w:sz="8" w:space="0"/>
        <w:right w:val="single" w:color="404040" w:themeColor="text1" w:themeTint="bf" w:sz="8" w:space="0"/>
        <w:insideH w:val="single" w:color="404040" w:themeColor="text1" w:themeTint="bf" w:sz="8" w:space="0"/>
        <w:insideV w:val="single" w:color="404040" w:themeColor="tex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404040" w:themeColor="tex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BA0CD" w:themeColor="accent1" w:themeTint="bf" w:sz="8" w:space="0"/>
        <w:left w:val="single" w:color="7BA0CD" w:themeColor="accent1" w:themeTint="bf" w:sz="8" w:space="0"/>
        <w:bottom w:val="single" w:color="7BA0CD" w:themeColor="accent1" w:themeTint="bf" w:sz="8" w:space="0"/>
        <w:right w:val="single" w:color="7BA0CD" w:themeColor="accent1" w:themeTint="bf" w:sz="8" w:space="0"/>
        <w:insideH w:val="single" w:color="7BA0CD" w:themeColor="accent1" w:themeTint="bf" w:sz="8" w:space="0"/>
        <w:insideV w:val="single" w:color="7BA0CD" w:themeColor="accent1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BA0CD" w:themeColor="accent1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CF7B79" w:themeColor="accent2" w:themeTint="bf" w:sz="8" w:space="0"/>
        <w:left w:val="single" w:color="CF7B79" w:themeColor="accent2" w:themeTint="bf" w:sz="8" w:space="0"/>
        <w:bottom w:val="single" w:color="CF7B79" w:themeColor="accent2" w:themeTint="bf" w:sz="8" w:space="0"/>
        <w:right w:val="single" w:color="CF7B79" w:themeColor="accent2" w:themeTint="bf" w:sz="8" w:space="0"/>
        <w:insideH w:val="single" w:color="CF7B79" w:themeColor="accent2" w:themeTint="bf" w:sz="8" w:space="0"/>
        <w:insideV w:val="single" w:color="CF7B79" w:themeColor="accent2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CF7B79" w:themeColor="accent2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B3CC82" w:themeColor="accent3" w:themeTint="bf" w:sz="8" w:space="0"/>
        <w:left w:val="single" w:color="B3CC82" w:themeColor="accent3" w:themeTint="bf" w:sz="8" w:space="0"/>
        <w:bottom w:val="single" w:color="B3CC82" w:themeColor="accent3" w:themeTint="bf" w:sz="8" w:space="0"/>
        <w:right w:val="single" w:color="B3CC82" w:themeColor="accent3" w:themeTint="bf" w:sz="8" w:space="0"/>
        <w:insideH w:val="single" w:color="B3CC82" w:themeColor="accent3" w:themeTint="bf" w:sz="8" w:space="0"/>
        <w:insideV w:val="single" w:color="B3CC82" w:themeColor="accent3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B3CC82" w:themeColor="accent3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9F8AB9" w:themeColor="accent4" w:themeTint="bf" w:sz="8" w:space="0"/>
        <w:left w:val="single" w:color="9F8AB9" w:themeColor="accent4" w:themeTint="bf" w:sz="8" w:space="0"/>
        <w:bottom w:val="single" w:color="9F8AB9" w:themeColor="accent4" w:themeTint="bf" w:sz="8" w:space="0"/>
        <w:right w:val="single" w:color="9F8AB9" w:themeColor="accent4" w:themeTint="bf" w:sz="8" w:space="0"/>
        <w:insideH w:val="single" w:color="9F8AB9" w:themeColor="accent4" w:themeTint="bf" w:sz="8" w:space="0"/>
        <w:insideV w:val="single" w:color="9F8AB9" w:themeColor="accent4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9F8AB9" w:themeColor="accent4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78C0D4" w:themeColor="accent5" w:themeTint="bf" w:sz="8" w:space="0"/>
        <w:left w:val="single" w:color="78C0D4" w:themeColor="accent5" w:themeTint="bf" w:sz="8" w:space="0"/>
        <w:bottom w:val="single" w:color="78C0D4" w:themeColor="accent5" w:themeTint="bf" w:sz="8" w:space="0"/>
        <w:right w:val="single" w:color="78C0D4" w:themeColor="accent5" w:themeTint="bf" w:sz="8" w:space="0"/>
        <w:insideH w:val="single" w:color="78C0D4" w:themeColor="accent5" w:themeTint="bf" w:sz="8" w:space="0"/>
        <w:insideV w:val="single" w:color="78C0D4" w:themeColor="accent5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78C0D4" w:themeColor="accent5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color="F9B074" w:themeColor="accent6" w:themeTint="bf" w:sz="8" w:space="0"/>
        <w:left w:val="single" w:color="F9B074" w:themeColor="accent6" w:themeTint="bf" w:sz="8" w:space="0"/>
        <w:bottom w:val="single" w:color="F9B074" w:themeColor="accent6" w:themeTint="bf" w:sz="8" w:space="0"/>
        <w:right w:val="single" w:color="F9B074" w:themeColor="accent6" w:themeTint="bf" w:sz="8" w:space="0"/>
        <w:insideH w:val="single" w:color="F9B074" w:themeColor="accent6" w:themeTint="bf" w:sz="8" w:space="0"/>
        <w:insideV w:val="single" w:color="F9B074" w:themeColor="accent6" w:themeTint="bf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  <w:tblPr/>
    </w:tblStylePr>
    <w:tblStylePr w:type="lastRow">
      <w:rPr>
        <w:b/>
        <w:bCs/>
      </w:rPr>
      <w:tblPr/>
      <w:tcPr>
        <w:tcBorders>
          <w:top w:val="single" w:color="F9B074" w:themeColor="accent6" w:sz="18" w:space="0"/>
        </w:tcBorders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000000" w:themeColor="text1" w:sz="8" w:space="0"/>
        <w:left w:val="single" w:color="000000" w:themeColor="text1" w:sz="8" w:space="0"/>
        <w:bottom w:val="single" w:color="000000" w:themeColor="text1" w:sz="8" w:space="0"/>
        <w:right w:val="single" w:color="000000" w:themeColor="text1" w:sz="8" w:space="0"/>
        <w:insideH w:val="single" w:color="000000" w:themeColor="text1" w:sz="8" w:space="0"/>
        <w:insideV w:val="single" w:color="000000" w:themeColor="tex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color="000000" w:themeColor="text1" w:sz="6" w:space="0"/>
          <w:insideV w:val="single" w:color="000000" w:themeColor="text1" w:sz="6" w:space="0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F81BD" w:themeColor="accent1" w:sz="8" w:space="0"/>
        <w:left w:val="single" w:color="4F81BD" w:themeColor="accent1" w:sz="8" w:space="0"/>
        <w:bottom w:val="single" w:color="4F81BD" w:themeColor="accent1" w:sz="8" w:space="0"/>
        <w:right w:val="single" w:color="4F81BD" w:themeColor="accent1" w:sz="8" w:space="0"/>
        <w:insideH w:val="single" w:color="4F81BD" w:themeColor="accent1" w:sz="8" w:space="0"/>
        <w:insideV w:val="single" w:color="4F81BD" w:themeColor="accent1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color="4F81BD" w:themeColor="accent1" w:sz="6" w:space="0"/>
          <w:insideV w:val="single" w:color="4F81BD" w:themeColor="accent1" w:sz="6" w:space="0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C0504D" w:themeColor="accent2" w:sz="8" w:space="0"/>
        <w:left w:val="single" w:color="C0504D" w:themeColor="accent2" w:sz="8" w:space="0"/>
        <w:bottom w:val="single" w:color="C0504D" w:themeColor="accent2" w:sz="8" w:space="0"/>
        <w:right w:val="single" w:color="C0504D" w:themeColor="accent2" w:sz="8" w:space="0"/>
        <w:insideH w:val="single" w:color="C0504D" w:themeColor="accent2" w:sz="8" w:space="0"/>
        <w:insideV w:val="single" w:color="C0504D" w:themeColor="accent2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color="C0504D" w:themeColor="accent2" w:sz="6" w:space="0"/>
          <w:insideV w:val="single" w:color="C0504D" w:themeColor="accent2" w:sz="6" w:space="0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9BBB59" w:themeColor="accent3" w:sz="8" w:space="0"/>
        <w:left w:val="single" w:color="9BBB59" w:themeColor="accent3" w:sz="8" w:space="0"/>
        <w:bottom w:val="single" w:color="9BBB59" w:themeColor="accent3" w:sz="8" w:space="0"/>
        <w:right w:val="single" w:color="9BBB59" w:themeColor="accent3" w:sz="8" w:space="0"/>
        <w:insideH w:val="single" w:color="9BBB59" w:themeColor="accent3" w:sz="8" w:space="0"/>
        <w:insideV w:val="single" w:color="9BBB59" w:themeColor="accent3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color="9BBB59" w:themeColor="accent3" w:sz="6" w:space="0"/>
          <w:insideV w:val="single" w:color="9BBB59" w:themeColor="accent3" w:sz="6" w:space="0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8064A2" w:themeColor="accent4" w:sz="8" w:space="0"/>
        <w:left w:val="single" w:color="8064A2" w:themeColor="accent4" w:sz="8" w:space="0"/>
        <w:bottom w:val="single" w:color="8064A2" w:themeColor="accent4" w:sz="8" w:space="0"/>
        <w:right w:val="single" w:color="8064A2" w:themeColor="accent4" w:sz="8" w:space="0"/>
        <w:insideH w:val="single" w:color="8064A2" w:themeColor="accent4" w:sz="8" w:space="0"/>
        <w:insideV w:val="single" w:color="8064A2" w:themeColor="accent4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color="8064A2" w:themeColor="accent4" w:sz="6" w:space="0"/>
          <w:insideV w:val="single" w:color="8064A2" w:themeColor="accent4" w:sz="6" w:space="0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4BACC6" w:themeColor="accent5" w:sz="8" w:space="0"/>
        <w:left w:val="single" w:color="4BACC6" w:themeColor="accent5" w:sz="8" w:space="0"/>
        <w:bottom w:val="single" w:color="4BACC6" w:themeColor="accent5" w:sz="8" w:space="0"/>
        <w:right w:val="single" w:color="4BACC6" w:themeColor="accent5" w:sz="8" w:space="0"/>
        <w:insideH w:val="single" w:color="4BACC6" w:themeColor="accent5" w:sz="8" w:space="0"/>
        <w:insideV w:val="single" w:color="4BACC6" w:themeColor="accent5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color="4BACC6" w:themeColor="accent5" w:sz="6" w:space="0"/>
          <w:insideV w:val="single" w:color="4BACC6" w:themeColor="accent5" w:sz="6" w:space="0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hAnsiTheme="majorHAnsi" w:eastAsiaTheme="majorEastAsia" w:cstheme="majorBidi"/>
      <w:color w:themeColor="text1"/>
    </w:rPr>
    <w:tblPr>
      <w:tblStyleRowBandSize w:val="1"/>
      <w:tblStyleColBandSize w:val="1"/>
      <w:tblBorders>
        <w:top w:val="single" w:color="F79646" w:themeColor="accent6" w:sz="8" w:space="0"/>
        <w:left w:val="single" w:color="F79646" w:themeColor="accent6" w:sz="8" w:space="0"/>
        <w:bottom w:val="single" w:color="F79646" w:themeColor="accent6" w:sz="8" w:space="0"/>
        <w:right w:val="single" w:color="F79646" w:themeColor="accent6" w:sz="8" w:space="0"/>
        <w:insideH w:val="single" w:color="F79646" w:themeColor="accent6" w:sz="8" w:space="0"/>
        <w:insideV w:val="single" w:color="F79646" w:themeColor="accent6" w:sz="8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themeColor="text1"/>
      </w:rPr>
      <w:tblPr/>
      <w:tcPr>
        <w:tcBorders>
          <w:top w:val="single" w:color="000000" w:themeColor="text1" w:sz="12" w:space="0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color="F79646" w:themeColor="accent6" w:sz="6" w:space="0"/>
          <w:insideV w:val="single" w:color="F79646" w:themeColor="accent6" w:sz="6" w:space="0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000000" w:themeFill="tex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F81BD" w:themeFill="accent1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C0504D" w:themeFill="accent2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9BBB59" w:themeFill="accent3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8064A2" w:themeFill="accent4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4BACC6" w:themeFill="accent5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color="FFFFFF" w:themeColor="background1" w:sz="8" w:space="0"/>
        <w:left w:val="single" w:color="FFFFFF" w:themeColor="background1" w:sz="8" w:space="0"/>
        <w:bottom w:val="single" w:color="FFFFFF" w:themeColor="background1" w:sz="8" w:space="0"/>
        <w:right w:val="single" w:color="FFFFFF" w:themeColor="background1" w:sz="8" w:space="0"/>
        <w:insideH w:val="single" w:color="FFFFFF" w:themeColor="background1" w:sz="6" w:space="0"/>
        <w:insideV w:val="single" w:color="FFFFFF" w:themeColor="background1" w:sz="6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color w:themeColor="background1"/>
      </w:rPr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24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lastRow">
      <w:rPr>
        <w:b/>
        <w:bCs/>
        <w:i w:val="0"/>
        <w:color w:themeColor="background1"/>
      </w:rPr>
      <w:tblPr/>
      <w:tcPr>
        <w:tcBorders>
          <w:top w:val="single" w:color="FFFFFF" w:themeColor="background1" w:sz="24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single" w:color="FFFFFF" w:themeColor="background1" w:sz="8" w:space="0"/>
        </w:tcBorders>
        <w:shd w:val="clear" w:color="auto" w:fill="F79646" w:themeFill="accent6"/>
      </w:tcPr>
    </w:tblStylePr>
    <w:tblStylePr w:type="firstCol">
      <w:rPr>
        <w:b/>
        <w:bCs/>
        <w:i w:val="0"/>
        <w:color w:themeColor="background1"/>
      </w:rPr>
      <w:tblPr/>
      <w:tcPr>
        <w:tcBorders>
          <w:left w:val="single" w:color="FFFFFF" w:themeColor="background1" w:sz="8" w:space="0"/>
          <w:right w:val="single" w:color="FFFFFF" w:themeColor="background1" w:sz="24" w:space="0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color w:themeColor="background1"/>
      </w:rPr>
      <w:tblPr/>
      <w:tcPr>
        <w:tcBorders>
          <w:top w:val="nil"/>
          <w:left w:val="single" w:color="FFFFFF" w:themeColor="background1" w:sz="24" w:space="0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color="FFFFFF" w:themeColor="background1" w:sz="8" w:space="0"/>
          <w:left w:val="single" w:color="FFFFFF" w:themeColor="background1" w:sz="8" w:space="0"/>
          <w:bottom w:val="single" w:color="FFFFFF" w:themeColor="background1" w:sz="8" w:space="0"/>
          <w:right w:val="single" w:color="FFFFFF" w:themeColor="background1" w:sz="8" w:space="0"/>
          <w:insideH w:val="single" w:color="FFFFFF" w:themeColor="background1" w:sz="8" w:space="0"/>
          <w:insideV w:val="single" w:color="FFFFFF" w:themeColor="background1" w:sz="8" w:space="0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themeColor="background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color="FFFFFF" w:themeColor="background1" w:sz="18" w:space="0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color="FFFFFF" w:themeColor="background1" w:sz="18" w:space="0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color="FFFFFF" w:themeColor="background1" w:sz="18" w:space="0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color="FFFFFF" w:themeColor="background1" w:sz="18" w:space="0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000000" w:themeFill="tex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000000" w:themeColor="text1" w:sz="4" w:space="0"/>
          <w:insideV w:val="nil"/>
        </w:tcBorders>
        <w:shd w:val="clear" w:color="auto" w:fill="000000" w:themeFill="tex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4F81BD" w:themeColor="accent1" w:sz="4" w:space="0"/>
        <w:bottom w:val="single" w:color="4F81BD" w:themeColor="accent1" w:sz="4" w:space="0"/>
        <w:right w:val="single" w:color="4F81BD" w:themeColor="accent1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C4C74" w:themeFill="accent1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C4C74" w:themeColor="accent1" w:sz="4" w:space="0"/>
          <w:insideV w:val="nil"/>
        </w:tcBorders>
        <w:shd w:val="clear" w:color="auto" w:fill="2C4C74" w:themeFill="accent1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C0504D" w:themeColor="accent2" w:sz="24" w:space="0"/>
        <w:left w:val="single" w:color="C0504D" w:themeColor="accent2" w:sz="4" w:space="0"/>
        <w:bottom w:val="single" w:color="C0504D" w:themeColor="accent2" w:sz="4" w:space="0"/>
        <w:right w:val="single" w:color="C0504D" w:themeColor="accent2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C0504D" w:themeColor="accent2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772C2A" w:themeFill="accent2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772C2A" w:themeColor="accent2" w:sz="4" w:space="0"/>
          <w:insideV w:val="nil"/>
        </w:tcBorders>
        <w:shd w:val="clear" w:color="auto" w:fill="772C2A" w:themeFill="accent2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8064A2" w:themeColor="accent4" w:sz="24" w:space="0"/>
        <w:left w:val="single" w:color="9BBB59" w:themeColor="accent3" w:sz="4" w:space="0"/>
        <w:bottom w:val="single" w:color="9BBB59" w:themeColor="accent3" w:sz="4" w:space="0"/>
        <w:right w:val="single" w:color="9BBB59" w:themeColor="accent3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8064A2" w:themeColor="accent4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5E7530" w:themeFill="accent3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5E7530" w:themeColor="accent3" w:sz="4" w:space="0"/>
          <w:insideV w:val="nil"/>
        </w:tcBorders>
        <w:shd w:val="clear" w:color="auto" w:fill="5E7530" w:themeFill="accent3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9BBB59" w:themeColor="accent3" w:sz="24" w:space="0"/>
        <w:left w:val="single" w:color="8064A2" w:themeColor="accent4" w:sz="4" w:space="0"/>
        <w:bottom w:val="single" w:color="8064A2" w:themeColor="accent4" w:sz="4" w:space="0"/>
        <w:right w:val="single" w:color="8064A2" w:themeColor="accent4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9BBB59" w:themeColor="accent3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4C3B62" w:themeFill="accent4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4C3B62" w:themeColor="accent4" w:sz="4" w:space="0"/>
          <w:insideV w:val="nil"/>
        </w:tcBorders>
        <w:shd w:val="clear" w:color="auto" w:fill="4C3B62" w:themeFill="accent4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F79646" w:themeColor="accent6" w:sz="24" w:space="0"/>
        <w:left w:val="single" w:color="4BACC6" w:themeColor="accent5" w:sz="4" w:space="0"/>
        <w:bottom w:val="single" w:color="4BACC6" w:themeColor="accent5" w:sz="4" w:space="0"/>
        <w:right w:val="single" w:color="4BACC6" w:themeColor="accent5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F79646" w:themeColor="accent6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276A7C" w:themeFill="accent5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276A7C" w:themeColor="accent5" w:sz="4" w:space="0"/>
          <w:insideV w:val="nil"/>
        </w:tcBorders>
        <w:shd w:val="clear" w:color="auto" w:fill="276A7C" w:themeFill="accent5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top w:val="single" w:color="4BACC6" w:themeColor="accent5" w:sz="24" w:space="0"/>
        <w:left w:val="single" w:color="F79646" w:themeColor="accent6" w:sz="4" w:space="0"/>
        <w:bottom w:val="single" w:color="F79646" w:themeColor="accent6" w:sz="4" w:space="0"/>
        <w:right w:val="single" w:color="F79646" w:themeColor="accent6" w:sz="4" w:space="0"/>
        <w:insideH w:val="single" w:color="FFFFFF" w:themeColor="background1" w:sz="4" w:space="0"/>
        <w:insideV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color="4BACC6" w:themeColor="accent5" w:sz="24" w:space="0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themeColor="background1"/>
      </w:rPr>
      <w:tblPr/>
      <w:tcPr>
        <w:tcBorders>
          <w:top w:val="single" w:color="FFFFFF" w:themeColor="background1" w:sz="6" w:space="0"/>
        </w:tcBorders>
        <w:shd w:val="clear" w:color="auto" w:fill="B65608" w:themeFill="accent6" w:themeFillShade="99"/>
      </w:tcPr>
    </w:tblStylePr>
    <w:tblStylePr w:type="fir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single" w:color="B65608" w:themeColor="accent6" w:sz="4" w:space="0"/>
          <w:insideV w:val="nil"/>
        </w:tcBorders>
        <w:shd w:val="clear" w:color="auto" w:fill="B65608" w:themeFill="accent6" w:themeFillShade="99"/>
      </w:tcPr>
    </w:tblStylePr>
    <w:tblStylePr w:type="lastCol">
      <w:rPr>
        <w:color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themeColor="text1"/>
      </w:rPr>
      <w:tblPr/>
    </w:tblStylePr>
    <w:tblStylePr w:type="nwCell">
      <w:rPr>
        <w:color w:themeColor="text1"/>
      </w:rPr>
      <w:tblPr/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9E3A38" w:themeFill="accent2" w:themeFillShade="cc"/>
      </w:tcPr>
    </w:tblStylePr>
    <w:tblStylePr w:type="lastRow">
      <w:rPr>
        <w:b/>
        <w:bCs/>
        <w:color w:themeColor="accent2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664E82" w:themeFill="accent4" w:themeFillShade="cc"/>
      </w:tcPr>
    </w:tblStylePr>
    <w:tblStylePr w:type="lastRow">
      <w:rPr>
        <w:b/>
        <w:bCs/>
        <w:color w:themeColor="accent4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7E9C40" w:themeFill="accent3" w:themeFillShade="cc"/>
      </w:tcPr>
    </w:tblStylePr>
    <w:tblStylePr w:type="lastRow">
      <w:rPr>
        <w:b/>
        <w:bCs/>
        <w:color w:themeColor="accent3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F2730A" w:themeFill="accent6" w:themeFillShade="cc"/>
      </w:tcPr>
    </w:tblStylePr>
    <w:tblStylePr w:type="lastRow">
      <w:rPr>
        <w:b/>
        <w:bCs/>
        <w:color w:themeColor="accent6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themeColor="background1"/>
      </w:rPr>
      <w:tblPr/>
      <w:tcPr>
        <w:tcBorders>
          <w:bottom w:val="single" w:color="FFFFFF" w:themeColor="background1" w:sz="12" w:space="0"/>
        </w:tcBorders>
        <w:shd w:val="clear" w:color="auto" w:fill="348DA5" w:themeFill="accent5" w:themeFillShade="cc"/>
      </w:tcPr>
    </w:tblStylePr>
    <w:tblStylePr w:type="lastRow">
      <w:rPr>
        <w:b/>
        <w:bCs/>
        <w:color w:themeColor="accent5" w:themeShade="cc"/>
      </w:rPr>
      <w:tblPr/>
      <w:tcPr>
        <w:tcBorders>
          <w:top w:val="single" w:color="000000" w:themeColor="text1" w:sz="12" w:space="0"/>
        </w:tcBorders>
        <w:shd w:val="clear" w:color="auto" w:fill="FFFFFF" w:themeFill="background1"/>
      </w:tcPr>
    </w:tblStylePr>
    <w:tblStylePr w:type="firstCol">
      <w:rPr>
        <w:b/>
        <w:bCs/>
      </w:rPr>
      <w:tblPr/>
    </w:tblStylePr>
    <w:tblStylePr w:type="lastCol">
      <w:rPr>
        <w:b/>
        <w:bCs/>
      </w:rPr>
      <w:tblPr/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themeColor="text1"/>
    </w:rPr>
    <w:tblPr>
      <w:tblStyleRowBandSize w:val="1"/>
      <w:tblStyleColBandSize w:val="1"/>
      <w:tblBorders>
        <w:insideH w:val="single" w:color="FFFFFF" w:themeColor="background1" w:sz="4" w:space="0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fontTable" Target="fontTable.xml"/><Relationship Id="rId4" Type="http://schemas.openxmlformats.org/officeDocument/2006/relationships/settings" Target="settings.xml"/><Relationship Id="rId5" Type="http://schemas.openxmlformats.org/officeDocument/2006/relationships/theme" Target="theme/theme1.xml"/><Relationship Id="rId6" Type="http://schemas.openxmlformats.org/officeDocument/2006/relationships/customXml" Target="../customXml/item1.xml"/>
</Relationships>
</file>

<file path=word/theme/theme1.xml><?xml version="1.0" encoding="utf-8"?>
<a:theme xmlns:a="http://schemas.openxmlformats.org/drawingml/2006/main" xmlns:r="http://schemas.openxmlformats.org/officeDocument/2006/relationships" name="Office Theme">
  <a:themeElements>
    <a:clrScheme name="Office">
      <a:dk1>
        <a:srgbClr val="000000"/>
      </a:dk1>
      <a:lt1>
        <a:srgbClr val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 pitchFamily="0" charset="1"/>
        <a:ea typeface=""/>
        <a:cs typeface=""/>
      </a:majorFont>
      <a:minorFont>
        <a:latin typeface="Cambria" pitchFamily="0" charset="1"/>
        <a:ea typeface=""/>
        <a:cs typeface=""/>
      </a:minorFont>
    </a:fontScheme>
    <a:fmtScheme>
      <a:fillStyleLst>
        <a:solidFill>
          <a:schemeClr val="phClr"/>
        </a:solidFill>
        <a:gradFill>
          <a:gsLst>
            <a:gs pos="0">
              <a:schemeClr val="phClr">
                <a:tint val="50000"/>
              </a:schemeClr>
            </a:gs>
            <a:gs pos="35000">
              <a:schemeClr val="phClr">
                <a:tint val="37000"/>
              </a:schemeClr>
            </a:gs>
            <a:gs pos="100000">
              <a:schemeClr val="phClr">
                <a:tint val="15000"/>
              </a:schemeClr>
            </a:gs>
          </a:gsLst>
          <a:lin ang="16200000" scaled="1"/>
          <a:tileRect l="0" t="0" r="0" b="0"/>
        </a:gradFill>
        <a:gradFill>
          <a:gsLst>
            <a:gs pos="0">
              <a:schemeClr val="phClr">
                <a:tint val="100000"/>
                <a:shade val="100000"/>
              </a:schemeClr>
            </a:gs>
            <a:gs pos="100000">
              <a:schemeClr val="phClr">
                <a:tint val="50000"/>
                <a:shade val="100000"/>
              </a:schemeClr>
            </a:gs>
          </a:gsLst>
          <a:lin ang="16200000" scaled="0"/>
          <a:tileRect l="0" t="0" r="0" b="0"/>
        </a:gradFill>
      </a:fillStyleLst>
      <a:lnStyleLst>
        <a:ln w="9525" cap="flat" cmpd="sng" algn="ctr">
          <a:prstDash val="solid"/>
        </a:ln>
        <a:ln w="25400" cap="flat" cmpd="sng" algn="ctr">
          <a:prstDash val="solid"/>
        </a:ln>
        <a:ln w="38100" cap="flat" cmpd="sng" algn="ctr">
          <a:prstDash val="solid"/>
        </a:ln>
      </a:lnStyleLst>
      <a:effectStyleLst>
        <a:effectStyle>
          <a:effectLst/>
        </a:effectStyle>
        <a:effectStyle>
          <a:effectLst/>
        </a:effectStyle>
        <a:effectStyle>
          <a:effectLst/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</a:schemeClr>
            </a:gs>
            <a:gs pos="40000">
              <a:schemeClr val="phClr">
                <a:tint val="45000"/>
                <a:shade val="99000"/>
              </a:schemeClr>
            </a:gs>
            <a:gs pos="100000">
              <a:schemeClr val="phClr">
                <a:shade val="20000"/>
              </a:schemeClr>
            </a:gs>
          </a:gsLst>
          <a:path path="circle">
            <a:fillToRect l="50000" t="-80000" r="50000" b="180000"/>
          </a:path>
          <a:tileRect l="0" t="0" r="0" b="0"/>
        </a:gradFill>
        <a:gradFill>
          <a:gsLst>
            <a:gs pos="0">
              <a:schemeClr val="phClr">
                <a:tint val="80000"/>
              </a:schemeClr>
            </a:gs>
            <a:gs pos="100000">
              <a:schemeClr val="phClr">
                <a:shade val="30000"/>
              </a:schemeClr>
            </a:gs>
          </a:gsLst>
          <a:path path="circle">
            <a:fillToRect l="50000" t="50000" r="50000" b="50000"/>
          </a:path>
          <a:tileRect l="0" t="0" r="0" b="0"/>
        </a:gradFill>
      </a:bgFillStyleLst>
    </a:fmtScheme>
  </a:themeElements>
</a:theme>
</file>

<file path=customXml/_rels/item1.xml.rels><?xml version="1.0" encoding="UTF-8"?>
<Relationships xmlns="http://schemas.openxmlformats.org/package/2006/relationships"><Relationship Id="rId1" Type="http://schemas.openxmlformats.org/officeDocument/2006/relationships/customXmlProps" Target="itemProps1.xml"/>
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Application>LibreOffice/24.2.7.2$Linux_AARCH64 LibreOffice_project/420$Build-2</Application>
  <AppVersion>15.0000</AppVersion>
  <Pages>1</Pages>
  <Words>0</Words>
  <Characters>0</Characters>
  <CharactersWithSpaces>0</CharactersWithSpaces>
  <Paragraphs>0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2013-12-23T23:15:00Z</dcterms:created>
  <dc:creator>python-docx</dc:creator>
  <dc:description>generated by python-docx</dc:description>
  <dc:language>en-US</dc:language>
  <cp:lastModifiedBy/>
  <dcterms:modified xsi:type="dcterms:W3CDTF">2013-12-23T23:15:00Z</dcterms:modified>
  <cp:revision>1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