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235"/>
        <w:gridCol w:w="3402"/>
      </w:tblGrid>
      <w:tr>
        <w:trPr/>
        <w:tc>
          <w:tcPr>
            <w:tcW w:w="6235" w:type="dxa"/>
            <w:tcBorders>
              <w:top w:val="single" w:sz="4" w:space="0" w:color="4D6275"/>
              <w:left w:val="single" w:sz="4" w:space="0" w:color="4D6275"/>
              <w:bottom w:val="single" w:sz="4" w:space="0" w:color="4D6275"/>
              <w:right w:val="single" w:sz="4" w:space="0" w:color="4D6275"/>
            </w:tcBorders>
          </w:tcPr>
          <w:p>
            <w:pPr>
              <w:pStyle w:val="Normal"/>
              <w:spacing w:before="80" w:after="0"/>
              <w:rPr/>
            </w:pPr>
            <w:r>
              <w:rPr>
                <w:rFonts w:eastAsia="Arial" w:cs="Arial"/>
                <w:b/>
                <w:color w:val="4D6275"/>
                <w:sz w:val="52"/>
              </w:rPr>
              <w:t>FAX</w:t>
            </w:r>
          </w:p>
          <w:p>
            <w:pPr>
              <w:pStyle w:val="Normal"/>
              <w:spacing w:before="0" w:after="80"/>
              <w:rPr/>
            </w:pPr>
            <w:r>
              <w:rPr>
                <w:rFonts w:eastAsia="Arial" w:cs="Arial"/>
                <w:b/>
                <w:color w:val="4C5C6B"/>
                <w:spacing w:val="30"/>
                <w:sz w:val="16"/>
              </w:rPr>
              <w:t>TRANSMISSION COVER</w:t>
            </w:r>
          </w:p>
        </w:tc>
        <w:tc>
          <w:tcPr>
            <w:tcW w:w="3402" w:type="dxa"/>
            <w:tcBorders>
              <w:top w:val="single" w:sz="4" w:space="0" w:color="4D6275"/>
              <w:left w:val="single" w:sz="4" w:space="0" w:color="4D6275"/>
              <w:bottom w:val="single" w:sz="4" w:space="0" w:color="4D6275"/>
              <w:right w:val="single" w:sz="4" w:space="0" w:color="4D6275"/>
            </w:tcBorders>
          </w:tcPr>
          <w:p>
            <w:pPr>
              <w:pStyle w:val="Normal"/>
              <w:spacing w:before="160" w:after="0"/>
              <w:jc w:val="right"/>
              <w:rPr/>
            </w:pPr>
            <w:r>
              <w:rPr>
                <w:rFonts w:eastAsia="Arial" w:cs="Arial"/>
                <w:b/>
                <w:color w:val="4D6275"/>
                <w:spacing w:val="20"/>
                <w:sz w:val="18"/>
              </w:rPr>
              <w:t>PAGE  ____  OF  ____</w:t>
            </w:r>
          </w:p>
          <w:p>
            <w:pPr>
              <w:pStyle w:val="Normal"/>
              <w:spacing w:before="0" w:after="80"/>
              <w:jc w:val="right"/>
              <w:rPr/>
            </w:pPr>
            <w:r>
              <w:rPr>
                <w:rFonts w:eastAsia="Arial" w:cs="Arial"/>
                <w:i/>
                <w:color w:val="4C5C6B"/>
                <w:sz w:val="16"/>
              </w:rPr>
              <w:t>SHEET 01 / 01</w:t>
            </w:r>
          </w:p>
        </w:tc>
      </w:tr>
    </w:tbl>
    <w:p>
      <w:pPr>
        <w:pStyle w:val="Normal"/>
        <w:spacing w:before="280" w:after="0"/>
        <w:rPr/>
      </w:pPr>
      <w:r>
        <w:rPr/>
      </w:r>
    </w:p>
    <w:tbl>
      <w:tblPr>
        <w:tblW w:w="95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62"/>
        <w:gridCol w:w="4761"/>
      </w:tblGrid>
      <w:tr>
        <w:trPr/>
        <w:tc>
          <w:tcPr>
            <w:tcW w:w="4762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ATTENTION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FROM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SEND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PAGES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RETURN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DATE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RE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BDC4CD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4C5C6B"/>
                <w:spacing w:val="20"/>
                <w:sz w:val="17"/>
              </w:rPr>
              <w:t>CC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</w:tbl>
    <w:p>
      <w:pPr>
        <w:pStyle w:val="Normal"/>
        <w:spacing w:before="16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4D6275"/>
                <w:sz w:val="21"/>
              </w:rPr>
              <w:t xml:space="preserve">☐  </w:t>
            </w:r>
            <w:r>
              <w:rPr>
                <w:rFonts w:eastAsia="Arial" w:cs="Arial"/>
                <w:color w:val="4D6275"/>
                <w:sz w:val="21"/>
              </w:rPr>
              <w:t>Urgent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4D6275"/>
                <w:sz w:val="21"/>
              </w:rPr>
              <w:t xml:space="preserve">☐  </w:t>
            </w:r>
            <w:r>
              <w:rPr>
                <w:rFonts w:eastAsia="Arial" w:cs="Arial"/>
                <w:color w:val="4D6275"/>
                <w:sz w:val="21"/>
              </w:rPr>
              <w:t>For Review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4D6275"/>
                <w:sz w:val="21"/>
              </w:rPr>
              <w:t xml:space="preserve">☐  </w:t>
            </w:r>
            <w:r>
              <w:rPr>
                <w:rFonts w:eastAsia="Arial" w:cs="Arial"/>
                <w:color w:val="4D6275"/>
                <w:sz w:val="21"/>
              </w:rPr>
              <w:t>Please Comment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4D6275"/>
                <w:sz w:val="21"/>
              </w:rPr>
              <w:t xml:space="preserve">☐  </w:t>
            </w:r>
            <w:r>
              <w:rPr>
                <w:rFonts w:eastAsia="Arial" w:cs="Arial"/>
                <w:color w:val="4D6275"/>
                <w:sz w:val="21"/>
              </w:rPr>
              <w:t>Please Reply</w:t>
            </w:r>
          </w:p>
        </w:tc>
      </w:tr>
      <w:tr>
        <w:trPr/>
        <w:tc>
          <w:tcPr>
            <w:tcW w:w="9637" w:type="dxa"/>
            <w:gridSpan w:val="4"/>
            <w:tcBorders>
              <w:bottom w:val="single" w:sz="4" w:space="0" w:color="BDC4CD"/>
            </w:tcBorders>
          </w:tcPr>
          <w:p>
            <w:pPr>
              <w:pStyle w:val="Normal"/>
              <w:spacing w:before="40" w:after="0"/>
              <w:rPr/>
            </w:pPr>
            <w:r>
              <w:rPr/>
            </w:r>
          </w:p>
        </w:tc>
      </w:tr>
    </w:tbl>
    <w:p>
      <w:pPr>
        <w:pStyle w:val="Normal"/>
        <w:spacing w:before="240" w:after="80"/>
        <w:rPr/>
      </w:pPr>
      <w:r>
        <w:rPr>
          <w:rFonts w:eastAsia="Arial" w:cs="Arial"/>
          <w:b/>
          <w:color w:val="4C5C6B"/>
          <w:spacing w:val="20"/>
          <w:sz w:val="19"/>
        </w:rPr>
        <w:t>COMMENTS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BDC4CD"/>
              <w:left w:val="single" w:sz="4" w:space="0" w:color="BDC4CD"/>
              <w:bottom w:val="single" w:sz="4" w:space="0" w:color="BDC4CD"/>
              <w:right w:val="single" w:sz="4" w:space="0" w:color="BDC4CD"/>
            </w:tcBorders>
          </w:tcPr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80" w:after="0"/>
        <w:rPr/>
      </w:pPr>
      <w:r>
        <w:rPr>
          <w:rFonts w:eastAsia="Arial" w:cs="Arial"/>
          <w:i/>
          <w:color w:val="4C5C6B"/>
          <w:sz w:val="16"/>
        </w:rPr>
        <w:t>Confidential — for the named recipient only.</w:t>
      </w:r>
    </w:p>
    <w:sectPr>
      <w:type w:val="nextPage"/>
      <w:pgSz w:w="12240" w:h="15840"/>
      <w:pgMar w:left="864" w:right="864" w:gutter="0" w:header="0" w:top="864" w:footer="0" w:bottom="8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nos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mo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Arial" w:hAnsi="Arial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mo" w:hAnsi="Arimo" w:eastAsia="DejaVu Sans" w:cs="Baloo 2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Baloo 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LibreOffice/24.2.7.2$Linux_AARCH64 LibreOffice_project/420$Build-2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en-US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