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DF7"/>
  <w:body>
    <w:p>
      <w:pPr>
        <w:spacing w:before="0" w:after="0" w:line="1" w:lineRule="exact"/>
      </w:pPr>
      <w:r>
        <w:drawing>
          <wp:anchor xmlns:a="http://schemas.openxmlformats.org/drawingml/2006/main" xmlns:pic="http://schemas.openxmlformats.org/drawingml/2006/picture" distT="0" distB="0" distL="0" distR="0" simplePos="0" relativeHeight="1" behindDoc="1" locked="0" layoutInCell="0" allowOverlap="1">
            <wp:simplePos x="0" y="0"/>
            <wp:positionH relativeFrom="page">
              <wp:posOffset>0</wp:posOffset>
            </wp:positionH>
            <wp:positionV relativeFrom="page">
              <wp:posOffset>0</wp:posOffset>
            </wp:positionV>
            <wp:extent cx="7772400" cy="10058400"/>
            <wp:wrapNone/>
            <wp:docPr id="61" name="pagebg.png"/>
            <wp:cNvGraphicFramePr>
              <a:graphicFrameLocks noChangeAspect="1"/>
            </wp:cNvGraphicFramePr>
            <a:graphic>
              <a:graphicData uri="http://schemas.openxmlformats.org/drawingml/2006/picture">
                <pic:pic>
                  <pic:nvPicPr>
                    <pic:cNvPr id="0" name="pagebg.png"/>
                    <pic:cNvPicPr/>
                  </pic:nvPicPr>
                  <pic:blipFill>
                    <a:blip r:embed="rId60"/>
                    <a:stretch>
                      <a:fillRect/>
                    </a:stretch>
                  </pic:blipFill>
                  <pic:spPr>
                    <a:xfrm>
                      <a:off x="0" y="0"/>
                      <a:ext cx="7772400" cy="1005840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3143250"/>
            <wp:wrapNone/>
            <wp:docPr id="62" name="header.png"/>
            <wp:cNvGraphicFramePr>
              <a:graphicFrameLocks noChangeAspect="1"/>
            </wp:cNvGraphicFramePr>
            <a:graphic>
              <a:graphicData uri="http://schemas.openxmlformats.org/drawingml/2006/picture">
                <pic:pic>
                  <pic:nvPicPr>
                    <pic:cNvPr id="0" name="header.png"/>
                    <pic:cNvPicPr/>
                  </pic:nvPicPr>
                  <pic:blipFill>
                    <a:blip r:embed="rId61"/>
                    <a:stretch>
                      <a:fillRect/>
                    </a:stretch>
                  </pic:blipFill>
                  <pic:spPr>
                    <a:xfrm>
                      <a:off x="0" y="0"/>
                      <a:ext cx="7772400" cy="314325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9677400</wp:posOffset>
            </wp:positionV>
            <wp:extent cx="7772400" cy="381000"/>
            <wp:wrapNone/>
            <wp:docPr id="63" name="footer.png"/>
            <wp:cNvGraphicFramePr>
              <a:graphicFrameLocks noChangeAspect="1"/>
            </wp:cNvGraphicFramePr>
            <a:graphic>
              <a:graphicData uri="http://schemas.openxmlformats.org/drawingml/2006/picture">
                <pic:pic>
                  <pic:nvPicPr>
                    <pic:cNvPr id="0" name="footer.png"/>
                    <pic:cNvPicPr/>
                  </pic:nvPicPr>
                  <pic:blipFill>
                    <a:blip r:embed="rId62"/>
                    <a:stretch>
                      <a:fillRect/>
                    </a:stretch>
                  </pic:blipFill>
                  <pic:spPr>
                    <a:xfrm>
                      <a:off x="0" y="0"/>
                      <a:ext cx="7772400" cy="381000"/>
                    </a:xfrm>
                    <a:prstGeom prst="rect">
                      <a:avLst/>
                    </a:prstGeom>
                  </pic:spPr>
                </pic:pic>
              </a:graphicData>
            </a:graphic>
          </wp:anchor>
        </w:drawing>
      </w:r>
    </w:p>
    <w:p>
      <w:pPr>
        <w:spacing w:before="0" w:after="240"/>
      </w:pPr>
      <w:r>
        <w:rPr>
          <w:rFonts w:ascii="Calibri" w:hAnsi="Calibri" w:cs="Calibri"/>
          <w:i/>
          <w:color w:val="6D5537"/>
          <w:sz w:val="22"/>
        </w:rPr>
        <w:t xml:space="preserve">Christmas Eve, 2026</w:t>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C0272D"/>
          <w:sz w:val="24"/>
        </w:rPr>
        <w:t xml:space="preserve">My dear [Child's Name],</w:t>
      </w:r>
    </w:p>
    <w:p>
      <w:pPr>
        <w:spacing w:before="0" w:after="180"/>
      </w:pPr>
      <w:r>
        <w:rPr>
          <w:rFonts w:ascii="Calibri" w:hAnsi="Calibri" w:cs="Calibri"/>
          <w:color w:val="4A3524"/>
          <w:sz w:val="21"/>
        </w:rPr>
        <w:t xml:space="preserve">Well! What a year you have had. The elves keep very careful notes up here, and yours came across my desk twice this month — once because you [something kind they did], and once because you [something else]. Those are exactly the sorts of things I like to hear about.</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4" name="signature.png"/>
            <wp:cNvGraphicFramePr>
              <a:graphicFrameLocks noChangeAspect="1"/>
            </wp:cNvGraphicFramePr>
            <a:graphic>
              <a:graphicData uri="http://schemas.openxmlformats.org/drawingml/2006/picture">
                <pic:pic>
                  <pic:nvPicPr>
                    <pic:cNvPr id="0" name="signature.png"/>
                    <pic:cNvPicPr/>
                  </pic:nvPicPr>
                  <pic:blipFill>
                    <a:blip r:embed="rId63"/>
                    <a:stretch>
                      <a:fillRect/>
                    </a:stretch>
                  </pic:blipFill>
                  <pic:spPr>
                    <a:xfrm>
                      <a:off x="0" y="0"/>
                      <a:ext cx="3143250" cy="876300"/>
                    </a:xfrm>
                    <a:prstGeom prst="rect">
                      <a:avLst/>
                    </a:prstGeom>
                  </pic:spPr>
                </pic:pic>
              </a:graphicData>
            </a:graphic>
          </wp:inline>
        </w:drawing>
      </w:r>
    </w:p>
    <w:sectPr>
      <w:pgSz w:w="12240" w:h="15840"/>
      <w:pgMar w:top="5340" w:right="870" w:bottom="1050" w:left="87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pagebg.png"/><Relationship Id="rId61" Type="http://schemas.openxmlformats.org/officeDocument/2006/relationships/image" Target="media/header.png"/><Relationship Id="rId62" Type="http://schemas.openxmlformats.org/officeDocument/2006/relationships/image" Target="media/footer.png"/><Relationship Id="rId63"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