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7E8"/>
  <w:body>
    <w:p>
      <w:pPr>
        <w:spacing w:before="0" w:after="0" w:line="1" w:lineRule="exact"/>
      </w:pPr>
      <w:r>
        <w:drawing>
          <wp:anchor xmlns:a="http://schemas.openxmlformats.org/drawingml/2006/main" xmlns:pic="http://schemas.openxmlformats.org/drawingml/2006/picture" distT="0" distB="0" distL="0" distR="0" simplePos="0" relativeHeight="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4095750"/>
            <wp:wrapNone/>
            <wp:docPr id="61" name="heade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eader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xmlns:a="http://schemas.openxmlformats.org/drawingml/2006/main" xmlns:pic="http://schemas.openxmlformats.org/drawingml/2006/picture" distT="0" distB="0" distL="0" distR="0" simplePos="0" relativeHeight="3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9953625</wp:posOffset>
            </wp:positionV>
            <wp:extent cx="7772400" cy="104775"/>
            <wp:wrapNone/>
            <wp:docPr id="62" name="foote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ooter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 w:after="0"/>
      </w:pPr>
      <w:r>
        <w:rPr>
          <w:rFonts w:ascii="Calibri" w:hAnsi="Calibri" w:cs="Calibri"/>
          <w:color w:val="4A3524"/>
          <w:sz w:val="21"/>
        </w:rPr>
        <w:t xml:space="preserve">[Child's Name]</w:t>
      </w:r>
    </w:p>
    <w:p>
      <w:pPr>
        <w:spacing w:before="0" w:after="0"/>
      </w:pPr>
      <w:r>
        <w:rPr>
          <w:rFonts w:ascii="Calibri" w:hAnsi="Calibri" w:cs="Calibri"/>
          <w:color w:val="4A3524"/>
          <w:sz w:val="21"/>
        </w:rPr>
        <w:t xml:space="preserve">[Street Address]</w:t>
      </w:r>
    </w:p>
    <w:p>
      <w:pPr>
        <w:spacing w:before="0" w:after="0"/>
      </w:pPr>
      <w:r>
        <w:rPr>
          <w:rFonts w:ascii="Calibri" w:hAnsi="Calibri" w:cs="Calibri"/>
          <w:color w:val="4A3524"/>
          <w:sz w:val="21"/>
        </w:rPr>
        <w:t xml:space="preserve">[City, State]</w:t>
      </w:r>
    </w:p>
    <w:p>
      <w:pPr>
        <w:spacing w:before="240" w:after="160"/>
      </w:pPr>
      <w:r>
        <w:rPr>
          <w:rFonts w:ascii="Calibri" w:hAnsi="Calibri" w:cs="Calibri"/>
          <w:color w:val="C0272D"/>
          <w:sz w:val="24"/>
        </w:rPr>
        <w:t xml:space="preserve">My dear [Child's Name],</w:t>
      </w:r>
    </w:p>
    <w:p>
      <w:pPr>
        <w:spacing w:before="0" w:after="180"/>
      </w:pPr>
      <w:r>
        <w:rPr>
          <w:rFonts w:ascii="Calibri" w:hAnsi="Calibri" w:cs="Calibri"/>
          <w:color w:val="4A3524"/>
          <w:sz w:val="21"/>
        </w:rPr>
        <w:t xml:space="preserve">Thank you for the cookies you left last year. The oatmeal ones were my favorite, and I ate rather more of them than I should have. If you leave a carrot this time, Blitzen will be very pleased with you.</w:t>
      </w:r>
    </w:p>
    <w:p>
      <w:pPr>
        <w:spacing w:before="0" w:after="180"/>
      </w:pPr>
      <w:r>
        <w:rPr>
          <w:rFonts w:ascii="Calibri" w:hAnsi="Calibri" w:cs="Calibri"/>
          <w:color w:val="4A3524"/>
          <w:sz w:val="21"/>
        </w:rPr>
        <w:t xml:space="preserve">Be kind, be brave, and get to sleep early on the twenty-fourth — I cannot come down the chimney with anyone peeking!</w:t>
      </w:r>
    </w:p>
    <w:p>
      <w:pPr>
        <w:spacing w:before="160" w:after="60"/>
      </w:pPr>
      <w:r>
        <w:rPr>
          <w:rFonts w:ascii="Calibri" w:hAnsi="Calibri" w:cs="Calibri"/>
          <w:color w:val="4A3524"/>
          <w:sz w:val="21"/>
        </w:rPr>
        <w:t xml:space="preserve">With a great deal of love and a very merry ho-ho-ho,</w:t>
      </w:r>
    </w:p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3143250" cy="876300"/>
            <wp:docPr id="63" name="signatur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ignature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/>
      <w:pgMar w:top="6840" w:right="1440" w:bottom="615" w:left="144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header.png"/><Relationship Id="rId61" Type="http://schemas.openxmlformats.org/officeDocument/2006/relationships/image" Target="media/footer.png"/><Relationship Id="rId62" Type="http://schemas.openxmlformats.org/officeDocument/2006/relationships/image" Target="media/signature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