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18BEB" w14:textId="77777777" w:rsidR="002B4D7E" w:rsidRDefault="00000000">
      <w:pPr>
        <w:spacing w:before="720" w:after="480"/>
      </w:pPr>
      <w:r>
        <w:fldChar w:fldCharType="begin"/>
      </w:r>
      <w:r>
        <w:instrText xml:space="preserve"> DATE \@ "MMMM d, yyyy" </w:instrText>
      </w:r>
      <w:r>
        <w:fldChar w:fldCharType="separate"/>
      </w:r>
      <w:r w:rsidR="004346F6">
        <w:rPr>
          <w:noProof/>
        </w:rPr>
        <w:t>April 26, 2026</w:t>
      </w:r>
      <w:r>
        <w:fldChar w:fldCharType="end"/>
      </w:r>
    </w:p>
    <w:p w14:paraId="01B17577" w14:textId="77777777" w:rsidR="002B4D7E" w:rsidRDefault="00000000">
      <w:pPr>
        <w:spacing w:after="0"/>
      </w:pPr>
      <w:r>
        <w:rPr>
          <w:color w:val="1A1A1A"/>
        </w:rPr>
        <w:t>[Recipient Name]</w:t>
      </w:r>
    </w:p>
    <w:p w14:paraId="0FF40776" w14:textId="77777777" w:rsidR="002B4D7E" w:rsidRDefault="00000000">
      <w:pPr>
        <w:spacing w:after="0"/>
      </w:pPr>
      <w:r>
        <w:rPr>
          <w:color w:val="1A1A1A"/>
        </w:rPr>
        <w:t>[Recipient Title]</w:t>
      </w:r>
    </w:p>
    <w:p w14:paraId="1FCEFA4F" w14:textId="77777777" w:rsidR="002B4D7E" w:rsidRDefault="00000000">
      <w:pPr>
        <w:spacing w:after="0"/>
      </w:pPr>
      <w:r>
        <w:rPr>
          <w:color w:val="1A1A1A"/>
        </w:rPr>
        <w:t>[Recipient Company]</w:t>
      </w:r>
    </w:p>
    <w:p w14:paraId="62657B45" w14:textId="77777777" w:rsidR="002B4D7E" w:rsidRDefault="00000000">
      <w:pPr>
        <w:spacing w:after="0"/>
      </w:pPr>
      <w:r>
        <w:rPr>
          <w:color w:val="1A1A1A"/>
        </w:rPr>
        <w:t>[Recipient Address]</w:t>
      </w:r>
    </w:p>
    <w:p w14:paraId="6A36E659" w14:textId="77777777" w:rsidR="002B4D7E" w:rsidRDefault="00000000">
      <w:pPr>
        <w:spacing w:before="360" w:after="240"/>
      </w:pPr>
      <w:r>
        <w:rPr>
          <w:color w:val="1A1A1A"/>
        </w:rPr>
        <w:t>Dear [Recipient],</w:t>
      </w:r>
    </w:p>
    <w:p w14:paraId="572FCDD4" w14:textId="77777777" w:rsidR="002B4D7E" w:rsidRDefault="00000000">
      <w:pPr>
        <w:spacing w:after="240" w:line="312" w:lineRule="auto"/>
      </w:pPr>
      <w:r>
        <w:rPr>
          <w:color w:val="1A1A1A"/>
        </w:rPr>
        <w:t>Begin your correspondence here. This template is set in a classic serif typeface with generous margins and a restrained masthead, suitable for formal letters, professional services, and personal stationery alike. Replace the placeholder tokens in the header and footer with your own details, then save a copy of this file as a new document each time you write.</w:t>
      </w:r>
    </w:p>
    <w:p w14:paraId="5FF834A0" w14:textId="77777777" w:rsidR="002B4D7E" w:rsidRDefault="00000000">
      <w:pPr>
        <w:spacing w:before="480" w:after="0"/>
      </w:pPr>
      <w:r>
        <w:rPr>
          <w:color w:val="1A1A1A"/>
        </w:rPr>
        <w:t>Sincerely,</w:t>
      </w:r>
    </w:p>
    <w:p w14:paraId="5007CC92" w14:textId="77777777" w:rsidR="002B4D7E" w:rsidRDefault="00000000">
      <w:pPr>
        <w:spacing w:after="0"/>
      </w:pPr>
      <w:r>
        <w:br/>
      </w:r>
      <w:r>
        <w:br/>
      </w:r>
      <w:r>
        <w:br/>
      </w:r>
    </w:p>
    <w:p w14:paraId="563FCCD6" w14:textId="77777777" w:rsidR="002B4D7E" w:rsidRDefault="00000000">
      <w:r>
        <w:rPr>
          <w:b/>
          <w:color w:val="1A1A1A"/>
        </w:rPr>
        <w:t>[Your Name]</w:t>
      </w:r>
    </w:p>
    <w:p w14:paraId="68A218BD" w14:textId="77777777" w:rsidR="002B4D7E" w:rsidRDefault="00000000">
      <w:r>
        <w:rPr>
          <w:color w:val="555555"/>
          <w:sz w:val="20"/>
        </w:rPr>
        <w:t>[Your Title]</w:t>
      </w:r>
    </w:p>
    <w:sectPr w:rsidR="002B4D7E" w:rsidSect="00034616">
      <w:headerReference w:type="default" r:id="rId8"/>
      <w:footerReference w:type="default" r:id="rId9"/>
      <w:pgSz w:w="12240" w:h="15840"/>
      <w:pgMar w:top="18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543E2" w14:textId="77777777" w:rsidR="00101279" w:rsidRDefault="00101279">
      <w:pPr>
        <w:spacing w:after="0" w:line="240" w:lineRule="auto"/>
      </w:pPr>
      <w:r>
        <w:separator/>
      </w:r>
    </w:p>
  </w:endnote>
  <w:endnote w:type="continuationSeparator" w:id="0">
    <w:p w14:paraId="5AE49A6E" w14:textId="77777777" w:rsidR="00101279" w:rsidRDefault="00101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BDC25" w14:textId="77777777" w:rsidR="002B4D7E" w:rsidRDefault="002B4D7E">
    <w:pPr>
      <w:pBdr>
        <w:top w:val="single" w:sz="6" w:space="4" w:color="808080"/>
      </w:pBdr>
      <w:spacing w:after="40"/>
    </w:pPr>
  </w:p>
  <w:p w14:paraId="4AE94704" w14:textId="77777777" w:rsidR="002B4D7E" w:rsidRDefault="00000000">
    <w:pPr>
      <w:jc w:val="center"/>
    </w:pPr>
    <w:r>
      <w:rPr>
        <w:smallCaps/>
        <w:color w:val="555555"/>
        <w:spacing w:val="20"/>
        <w:sz w:val="17"/>
      </w:rPr>
      <w:t>[Street Address]  ·  [City, State ZIP]  ·  [(555) 123-4567]  ·  [hello@example.com]  ·  [www.example.com]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A6FD3" w14:textId="77777777" w:rsidR="00101279" w:rsidRDefault="00101279">
      <w:pPr>
        <w:spacing w:after="0" w:line="240" w:lineRule="auto"/>
      </w:pPr>
      <w:r>
        <w:separator/>
      </w:r>
    </w:p>
  </w:footnote>
  <w:footnote w:type="continuationSeparator" w:id="0">
    <w:p w14:paraId="48405ECA" w14:textId="77777777" w:rsidR="00101279" w:rsidRDefault="00101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1746F" w14:textId="77777777" w:rsidR="002B4D7E" w:rsidRDefault="00000000">
    <w:pPr>
      <w:jc w:val="center"/>
    </w:pPr>
    <w:r>
      <w:rPr>
        <w:rFonts w:ascii="Garamond" w:eastAsia="Garamond" w:hAnsi="Garamond" w:cs="Garamond"/>
        <w:color w:val="1A1A1A"/>
        <w:spacing w:val="80"/>
        <w:sz w:val="52"/>
      </w:rPr>
      <w:t>[YOUR COMPANY NAME]</w:t>
    </w:r>
  </w:p>
  <w:p w14:paraId="3ACC8869" w14:textId="77777777" w:rsidR="002B4D7E" w:rsidRDefault="00000000">
    <w:pPr>
      <w:jc w:val="center"/>
    </w:pPr>
    <w:r>
      <w:rPr>
        <w:smallCaps/>
        <w:color w:val="555555"/>
        <w:spacing w:val="40"/>
        <w:sz w:val="18"/>
      </w:rPr>
      <w:t>❧  est. anno domini  ❧</w:t>
    </w:r>
  </w:p>
  <w:p w14:paraId="539A05ED" w14:textId="77777777" w:rsidR="002B4D7E" w:rsidRDefault="002B4D7E">
    <w:pPr>
      <w:pBdr>
        <w:bottom w:val="single" w:sz="6" w:space="4" w:color="808080"/>
      </w:pBdr>
      <w:spacing w:before="40"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29079227">
    <w:abstractNumId w:val="8"/>
  </w:num>
  <w:num w:numId="2" w16cid:durableId="1047802592">
    <w:abstractNumId w:val="6"/>
  </w:num>
  <w:num w:numId="3" w16cid:durableId="832374899">
    <w:abstractNumId w:val="5"/>
  </w:num>
  <w:num w:numId="4" w16cid:durableId="901646414">
    <w:abstractNumId w:val="4"/>
  </w:num>
  <w:num w:numId="5" w16cid:durableId="584650764">
    <w:abstractNumId w:val="7"/>
  </w:num>
  <w:num w:numId="6" w16cid:durableId="1336417146">
    <w:abstractNumId w:val="3"/>
  </w:num>
  <w:num w:numId="7" w16cid:durableId="306714007">
    <w:abstractNumId w:val="2"/>
  </w:num>
  <w:num w:numId="8" w16cid:durableId="80880205">
    <w:abstractNumId w:val="1"/>
  </w:num>
  <w:num w:numId="9" w16cid:durableId="585505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6F6"/>
    <w:rsid w:val="00034616"/>
    <w:rsid w:val="0006063C"/>
    <w:rsid w:val="00101279"/>
    <w:rsid w:val="0015074B"/>
    <w:rsid w:val="00182CAB"/>
    <w:rsid w:val="0029639D"/>
    <w:rsid w:val="002B4D7E"/>
    <w:rsid w:val="00326F90"/>
    <w:rsid w:val="004346F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7061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mbria" w:eastAsia="Cambria" w:hAnsi="Cambria" w:cs="Cambr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Template.dotx</Template>
  <TotalTime>4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Nelsen</dc:creator>
  <cp:keywords/>
  <dc:description>generated by python-docx</dc:description>
  <cp:lastModifiedBy>David Nelsen</cp:lastModifiedBy>
  <cp:revision>1</cp:revision>
  <dcterms:created xsi:type="dcterms:W3CDTF">2026-04-27T00:36:00Z</dcterms:created>
  <dcterms:modified xsi:type="dcterms:W3CDTF">2026-04-28T14:10:00Z</dcterms:modified>
  <cp:category/>
</cp:coreProperties>
</file>