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rFonts w:ascii="Cambria" w:hAnsi="Cambria" w:cs="Cambria" w:eastAsia="Cambria"/>
          <w:sz w:val="22"/>
        </w:rPr>
        <w:t>April 26, 2026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Title]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Company]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mbria" w:hAnsi="Cambria" w:cs="Cambria" w:eastAsia="Cambria"/>
          <w:sz w:val="22"/>
        </w:rPr>
        <w:t>Dear [Recipient],</w:t>
      </w:r>
    </w:p>
    <w:p>
      <w:pPr>
        <w:spacing w:after="280"/>
      </w:pPr>
      <w:r>
        <w:rPr>
          <w:rFonts w:ascii="Cambria" w:hAnsi="Cambria" w:cs="Cambria" w:eastAsia="Cambria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mbria" w:hAnsi="Cambria" w:cs="Cambria" w:eastAsia="Cambria"/>
          <w:sz w:val="22"/>
        </w:rPr>
        <w:t>With warm regards,</w:t>
      </w:r>
    </w:p>
    <w:p>
      <w:pPr>
        <w:spacing w:after="0"/>
      </w:pPr>
      <w:r>
        <w:rPr>
          <w:rFonts w:ascii="Cambria" w:hAnsi="Cambria" w:cs="Cambria" w:eastAsia="Cambria"/>
          <w:b/>
          <w:sz w:val="22"/>
        </w:rPr>
        <w:t>[Your Name]</w:t>
      </w:r>
    </w:p>
    <w:p>
      <w:pPr>
        <w:spacing w:after="0"/>
      </w:pPr>
      <w:r>
        <w:rPr>
          <w:rFonts w:ascii="Cambria" w:hAnsi="Cambria" w:cs="Cambria" w:eastAsia="Cambria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587" w:right="1587" w:bottom="113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mbria" w:hAnsi="Cambria" w:cs="Cambria" w:eastAsia="Cambria"/>
        <w:color w:val="B76E79"/>
        <w:sz w:val="18"/>
        <w:spacing w:val="10"/>
      </w:rPr>
      <w:t>[Street Address]    ·    [City, State ZIP]    ·    [(555) 123-4567]    ·    [hello@example.com]    · 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Cambria" w:hAnsi="Cambria" w:cs="Cambria" w:eastAsia="Cambria"/>
        <w:i/>
        <w:color w:val="B76E79"/>
        <w:sz w:val="64"/>
      </w:rPr>
      <w:t>[Your Name]</w:t>
    </w:r>
  </w:p>
  <w:p>
    <w:pPr>
      <w:spacing w:before="40"/>
      <w:jc w:val="center"/>
    </w:pPr>
    <w:r>
      <w:rPr>
        <w:rFonts w:ascii="Cambria" w:hAnsi="Cambria" w:cs="Cambria" w:eastAsia="Cambria"/>
        <w:color w:val="B76E79"/>
        <w:sz w:val="24"/>
      </w:rPr>
      <w:t>✦</w:t>
    </w:r>
  </w:p>
  <w:p>
    <w:pPr>
      <w:spacing w:before="40"/>
      <w:jc w:val="center"/>
    </w:pPr>
    <w:r>
      <w:rPr>
        <w:rFonts w:ascii="Cambria" w:hAnsi="Cambria" w:cs="Cambria" w:eastAsia="Cambria"/>
        <w:i/>
        <w:color w:val="9F7AEA"/>
        <w:sz w:val="20"/>
        <w:spacing w:val="40"/>
      </w:rPr>
      <w:t>fine correspondence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