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rFonts w:ascii="Cambria" w:hAnsi="Cambria" w:cs="Cambria" w:eastAsia="Cambria"/>
          <w:sz w:val="22"/>
        </w:rPr>
        <w:t>April 26, 2026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Title]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Company]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mbria" w:hAnsi="Cambria" w:cs="Cambria" w:eastAsia="Cambria"/>
          <w:sz w:val="22"/>
        </w:rPr>
        <w:t>Dear [Recipient]:</w:t>
      </w:r>
    </w:p>
    <w:p>
      <w:pPr>
        <w:spacing w:after="280"/>
      </w:pPr>
      <w:r>
        <w:rPr>
          <w:rFonts w:ascii="Cambria" w:hAnsi="Cambria" w:cs="Cambria" w:eastAsia="Cambria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mbria" w:hAnsi="Cambria" w:cs="Cambria" w:eastAsia="Cambria"/>
          <w:sz w:val="22"/>
        </w:rPr>
        <w:t>Respectfully,</w:t>
      </w:r>
    </w:p>
    <w:p>
      <w:pPr>
        <w:spacing w:after="0"/>
      </w:pPr>
      <w:r>
        <w:rPr>
          <w:rFonts w:ascii="Cambria" w:hAnsi="Cambria" w:cs="Cambria" w:eastAsia="Cambria"/>
          <w:b/>
          <w:sz w:val="22"/>
        </w:rPr>
        <w:t>[Your Name]</w:t>
      </w:r>
    </w:p>
    <w:p>
      <w:pPr>
        <w:spacing w:after="0"/>
      </w:pPr>
      <w:r>
        <w:rPr>
          <w:rFonts w:ascii="Cambria" w:hAnsi="Cambria" w:cs="Cambria" w:eastAsia="Cambria"/>
          <w:i/>
          <w:sz w:val="22"/>
        </w:rPr>
        <w:t>[Your Title]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587" w:right="1587" w:bottom="113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mbria" w:hAnsi="Cambria" w:cs="Cambria" w:eastAsia="Cambria"/>
        <w:color w:val="0A2540"/>
        <w:sz w:val="18"/>
        <w:smallCaps w:val="true"/>
        <w:spacing w:val="12"/>
      </w:rPr>
      <w:t>[Street Address]    ·    [City, State ZIP]    ·    [(555) 123-4567]    ·    [hello@example.com]    ·    [www.example.com]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Cambria" w:hAnsi="Cambria" w:cs="Cambria" w:eastAsia="Cambria"/>
        <w:b/>
        <w:color w:val="0A2540"/>
        <w:sz w:val="48"/>
        <w:smallCaps w:val="true"/>
        <w:spacing w:val="40"/>
      </w:rPr>
      <w:t>[YOUR FIRM NAME]</w:t>
    </w:r>
  </w:p>
  <w:p>
    <w:pPr>
      <w:spacing w:before="40"/>
      <w:jc w:val="center"/>
    </w:pPr>
    <w:r>
      <w:rPr>
        <w:rFonts w:ascii="Cambria" w:hAnsi="Cambria" w:cs="Cambria" w:eastAsia="Cambria"/>
        <w:i/>
        <w:color w:val="0A2540"/>
        <w:sz w:val="22"/>
      </w:rPr>
      <w:t>Attorneys  &amp;  Counselors at Law</w:t>
    </w:r>
  </w:p>
  <w:p>
    <w:pPr>
      <w:spacing w:before="80"/>
      <w:jc w:val="center"/>
      <w:pBdr>
        <w:bottom w:val="single" w:sz="4" w:space="4" w:color="0A2540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