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drawing>
          <wp:inline xmlns:a="http://schemas.openxmlformats.org/drawingml/2006/main" xmlns:pic="http://schemas.openxmlformats.org/drawingml/2006/picture">
            <wp:extent cx="1371600" cy="13716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-placehol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37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40"/>
        <w:jc w:val="center"/>
      </w:pPr>
      <w:r>
        <w:rPr>
          <w:rFonts w:ascii="Calibri" w:hAnsi="Calibri" w:cs="Calibri" w:eastAsia="Calibri"/>
          <w:b/>
          <w:color w:val="0A2540"/>
          <w:sz w:val="44"/>
          <w:spacing w:val="8"/>
        </w:rPr>
        <w:t>[YOUR COMPANY NAME]</w:t>
      </w:r>
    </w:p>
    <w:p>
      <w:pPr>
        <w:spacing w:after="280"/>
        <w:jc w:val="center"/>
      </w:pPr>
      <w:r>
        <w:rPr>
          <w:rFonts w:ascii="Calibri" w:hAnsi="Calibri" w:cs="Calibri" w:eastAsia="Calibri"/>
          <w:color w:val="64748B"/>
          <w:sz w:val="18"/>
          <w:smallCaps w:val="true"/>
          <w:spacing w:val="50"/>
        </w:rPr>
        <w:t>Tagline  ·  Subtitle  ·  Established</w:t>
      </w:r>
    </w:p>
    <w:p>
      <w:pPr>
        <w:spacing w:after="120"/>
      </w:pPr>
      <w:r>
        <w:rPr>
          <w:rFonts w:ascii="Calibri" w:hAnsi="Calibri" w:cs="Calibri" w:eastAsia="Calibri"/>
          <w:sz w:val="22"/>
        </w:rPr>
        <w:t>April 26, 2026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Name]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Title]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Company]</w:t>
      </w:r>
    </w:p>
    <w:p>
      <w:pPr>
        <w:spacing w:after="0"/>
      </w:pPr>
      <w:r>
        <w:rPr>
          <w:rFonts w:ascii="Calibri" w:hAnsi="Calibri" w:cs="Calibri" w:eastAsia="Calibri"/>
          <w:sz w:val="22"/>
        </w:rPr>
        <w:t>[Recipient Address]</w:t>
      </w:r>
    </w:p>
    <w:p>
      <w:pPr>
        <w:spacing w:after="160"/>
      </w:pPr>
    </w:p>
    <w:p>
      <w:pPr>
        <w:spacing w:after="200"/>
      </w:pPr>
      <w:r>
        <w:rPr>
          <w:rFonts w:ascii="Calibri" w:hAnsi="Calibri" w:cs="Calibri" w:eastAsia="Calibri"/>
          <w:sz w:val="22"/>
        </w:rPr>
        <w:t>Dear [Recipient],</w:t>
      </w:r>
    </w:p>
    <w:p>
      <w:pPr>
        <w:spacing w:after="280"/>
      </w:pPr>
      <w:r>
        <w:rPr>
          <w:rFonts w:ascii="Calibri" w:hAnsi="Calibri" w:cs="Calibri" w:eastAsia="Calibri"/>
          <w:sz w:val="22"/>
        </w:rPr>
        <w:t>Begin your correspondence here. Replace the placeholder tokens in the masthead and footer with your own details, then save a copy of this file as a new document each time you write. The layout is print-ready on standard 8.5 × 11 paper, with comfortable margins and a balanced masthead.</w:t>
      </w:r>
    </w:p>
    <w:p>
      <w:pPr>
        <w:spacing w:after="480"/>
      </w:pPr>
      <w:r>
        <w:rPr>
          <w:rFonts w:ascii="Calibri" w:hAnsi="Calibri" w:cs="Calibri" w:eastAsia="Calibri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b/>
          <w:sz w:val="22"/>
        </w:rPr>
        <w:t>[Your Name]</w:t>
      </w:r>
    </w:p>
    <w:p>
      <w:pPr>
        <w:spacing w:after="0"/>
      </w:pPr>
      <w:r>
        <w:rPr>
          <w:rFonts w:ascii="Calibri" w:hAnsi="Calibri" w:cs="Calibri" w:eastAsia="Calibri"/>
          <w:i/>
          <w:sz w:val="22"/>
        </w:rPr>
        <w:t>[Your Title]</w:t>
      </w:r>
    </w:p>
    <w:sectPr w:rsidR="00FC693F" w:rsidRPr="0006063C" w:rsidSect="00034616">
      <w:footerReference w:type="default" r:id="rId10"/>
      <w:pgSz w:w="12240" w:h="15840"/>
      <w:pgMar w:top="124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  <w:pBdr>
        <w:bottom w:val="single" w:sz="4" w:space="4" w:color="94A3B8"/>
      </w:pBdr>
    </w:pPr>
    <w:r>
      <w:rPr>
        <w:rFonts w:ascii="Calibri" w:hAnsi="Calibri" w:cs="Calibri" w:eastAsia="Calibri"/>
        <w:color w:val="64748B"/>
        <w:sz w:val="18"/>
        <w:smallCaps w:val="true"/>
        <w:spacing w:val="8"/>
      </w:rPr>
      <w:t>[Street Address]    ·    [City, State ZIP]    ·    [(555) 123-4567]    ·    [hello@example.com]    ·    [www.example.com]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