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</w:pPr>
      <w:r>
        <w:drawing>
          <wp:inline xmlns:a="http://schemas.openxmlformats.org/drawingml/2006/main" xmlns:pic="http://schemas.openxmlformats.org/drawingml/2006/picture">
            <wp:extent cx="3108960" cy="1371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-placehold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137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80"/>
      </w:pPr>
      <w:r>
        <w:rPr>
          <w:rFonts w:ascii="Calibri" w:hAnsi="Calibri" w:cs="Calibri" w:eastAsia="Calibri"/>
          <w:smallCaps w:val="true"/>
          <w:color w:val="64748B"/>
          <w:spacing w:val="50"/>
          <w:sz w:val="18"/>
        </w:rPr>
        <w:t>Tagline  ·  Subtitle  ·  Established</w:t>
      </w:r>
    </w:p>
    <w:p>
      <w:pPr>
        <w:spacing w:after="120"/>
      </w:pPr>
      <w:r>
        <w:rPr>
          <w:rFonts w:ascii="Calibri" w:hAnsi="Calibri" w:cs="Calibri" w:eastAsia="Calibri"/>
          <w:sz w:val="22"/>
        </w:rPr>
        <w:t>April 26, 2026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Title]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Company]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Address]</w:t>
      </w:r>
    </w:p>
    <w:p>
      <w:pPr>
        <w:spacing w:after="160"/>
      </w:pPr>
    </w:p>
    <w:p>
      <w:pPr>
        <w:spacing w:after="200"/>
      </w:pPr>
      <w:r>
        <w:rPr>
          <w:rFonts w:ascii="Calibri" w:hAnsi="Calibri" w:cs="Calibri" w:eastAsia="Calibri"/>
          <w:sz w:val="22"/>
        </w:rPr>
        <w:t>Dear [Recipient],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Begin your correspondence here. Replace the placeholder tokens in the masthead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libri" w:hAnsi="Calibri" w:cs="Calibri" w:eastAsia="Calibri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b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i/>
          <w:sz w:val="22"/>
        </w:rPr>
        <w:t>[Your Title]</w:t>
      </w:r>
    </w:p>
    <w:sectPr w:rsidR="00FC693F" w:rsidRPr="0006063C" w:rsidSect="00034616">
      <w:footerReference w:type="default" r:id="rId10"/>
      <w:pgSz w:w="12240" w:h="15840"/>
      <w:pgMar w:top="720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bottom w:val="single" w:sz="4" w:space="4" w:color="94A3B8"/>
      </w:pBdr>
      <w:jc w:val="center"/>
    </w:pPr>
    <w:r>
      <w:rPr>
        <w:rFonts w:ascii="Calibri" w:hAnsi="Calibri" w:cs="Calibri" w:eastAsia="Calibri"/>
        <w:smallCaps w:val="true"/>
        <w:color w:val="64748B"/>
        <w:spacing w:val="8"/>
        <w:sz w:val="18"/>
      </w:rPr>
      <w:t>[Street Address]    ·    [City, State ZIP]    ·    [(555) 123-4567]    ·    [hello@example.com]    ·    [www.example.com]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