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libri" w:hAnsi="Calibri" w:cs="Calibri" w:eastAsia="Calibri"/>
          <w:sz w:val="22"/>
        </w:rPr>
        <w:t>Dear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7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pBdr>
        <w:bottom w:val="single" w:sz="4" w:space="4" w:color="0891B2"/>
      </w:pBdr>
    </w:pPr>
    <w:r>
      <w:rPr>
        <w:rFonts w:ascii="Calibri" w:hAnsi="Calibri" w:cs="Calibri" w:eastAsia="Calibri"/>
        <w:color w:val="0E7490"/>
        <w:sz w:val="18"/>
        <w:smallCaps w:val="true"/>
        <w:spacing w:val="10"/>
      </w:rPr>
      <w:t>[Street Address]    ·    [City, State ZIP]    ·    [(555) 123-4567]    ·    [hello@example.com]    · 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  <w:pBdr>
        <w:bottom w:val="single" w:sz="8" w:space="4" w:color="0891B2"/>
      </w:pBdr>
    </w:pPr>
    <w:r>
      <w:rPr>
        <w:rFonts w:ascii="Calibri" w:hAnsi="Calibri" w:cs="Calibri" w:eastAsia="Calibri"/>
        <w:b/>
        <w:color w:val="0E7490"/>
        <w:sz w:val="48"/>
        <w:spacing w:val="8"/>
      </w:rPr>
      <w:t>[YOUR PRACTICE NAME]</w:t>
    </w:r>
  </w:p>
  <w:p>
    <w:pPr>
      <w:spacing w:before="80"/>
      <w:jc w:val="center"/>
    </w:pPr>
    <w:r>
      <w:rPr>
        <w:rFonts w:ascii="Calibri" w:hAnsi="Calibri" w:cs="Calibri" w:eastAsia="Calibri"/>
        <w:color w:val="64748B"/>
        <w:sz w:val="18"/>
        <w:smallCaps w:val="true"/>
        <w:spacing w:val="50"/>
      </w:rPr>
      <w:t>Healthcare  ·  Medicine  ·  Wellness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