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header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 w:cs="Calibri" w:eastAsia="Calibri"/>
        <w:color w:val="64748B"/>
        <w:sz w:val="18"/>
        <w:smallCaps w:val="true"/>
        <w:spacing w:val="10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pBdr>
        <w:bottom w:val="single" w:sz="6" w:space="4" w:color="94A3B8"/>
      </w:pBdr>
    </w:pPr>
    <w:r>
      <w:rPr>
        <w:rFonts w:ascii="Calibri" w:hAnsi="Calibri" w:cs="Calibri" w:eastAsia="Calibri"/>
        <w:b/>
        <w:color w:val="0A2540"/>
        <w:sz w:val="44"/>
        <w:spacing w:val="12"/>
      </w:rPr>
      <w:t>[YOUR COMPANY NAME]</w:t>
    </w:r>
  </w:p>
  <w:p>
    <w:pPr>
      <w:spacing w:before="40"/>
      <w:jc w:val="left"/>
    </w:pPr>
    <w:r>
      <w:rPr>
        <w:rFonts w:ascii="Calibri" w:hAnsi="Calibri" w:cs="Calibri" w:eastAsia="Calibri"/>
        <w:color w:val="64748B"/>
        <w:sz w:val="18"/>
        <w:smallCaps w:val="true"/>
        <w:spacing w:val="40"/>
      </w:rPr>
      <w:t>Modern correspondence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