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  <w:jc w:val="right"/>
      </w:pPr>
      <w:r>
        <w:rPr>
          <w:rFonts w:ascii="Cambria" w:hAnsi="Cambria" w:cs="Cambria" w:eastAsia="Cambria"/>
          <w:sz w:val="22"/>
        </w:rPr>
        <w:t>April 26, 2026</w:t>
      </w:r>
    </w:p>
    <w:p>
      <w:pPr>
        <w:spacing w:after="0"/>
      </w:pPr>
      <w:r>
        <w:rPr>
          <w:rFonts w:ascii="Cambria" w:hAnsi="Cambria" w:cs="Cambria" w:eastAsia="Cambria"/>
          <w:sz w:val="22"/>
        </w:rPr>
        <w:t>[Recipient Name]</w:t>
      </w:r>
    </w:p>
    <w:p>
      <w:pPr>
        <w:spacing w:after="0"/>
      </w:pPr>
      <w:r>
        <w:rPr>
          <w:rFonts w:ascii="Cambria" w:hAnsi="Cambria" w:cs="Cambria" w:eastAsia="Cambria"/>
          <w:sz w:val="22"/>
        </w:rPr>
        <w:t>[Recipient Title]</w:t>
      </w:r>
    </w:p>
    <w:p>
      <w:pPr>
        <w:spacing w:after="0"/>
      </w:pPr>
      <w:r>
        <w:rPr>
          <w:rFonts w:ascii="Cambria" w:hAnsi="Cambria" w:cs="Cambria" w:eastAsia="Cambria"/>
          <w:sz w:val="22"/>
        </w:rPr>
        <w:t>[Recipient Company]</w:t>
      </w:r>
    </w:p>
    <w:p>
      <w:pPr>
        <w:spacing w:after="280"/>
      </w:pPr>
      <w:r>
        <w:rPr>
          <w:rFonts w:ascii="Cambria" w:hAnsi="Cambria" w:cs="Cambria" w:eastAsia="Cambria"/>
          <w:sz w:val="22"/>
        </w:rPr>
        <w:t>[Recipient Address]</w:t>
      </w:r>
    </w:p>
    <w:p>
      <w:pPr>
        <w:spacing w:after="200"/>
      </w:pPr>
      <w:r>
        <w:rPr>
          <w:rFonts w:ascii="Cambria" w:hAnsi="Cambria" w:cs="Cambria" w:eastAsia="Cambria"/>
          <w:sz w:val="22"/>
        </w:rPr>
        <w:t>Dear [Recipient],</w:t>
      </w:r>
    </w:p>
    <w:p>
      <w:pPr>
        <w:spacing w:after="280"/>
      </w:pPr>
      <w:r>
        <w:rPr>
          <w:rFonts w:ascii="Cambria" w:hAnsi="Cambria" w:cs="Cambria" w:eastAsia="Cambria"/>
          <w:i w:val="0"/>
          <w:sz w:val="22"/>
        </w:rPr>
        <w:t>Begin your correspondence here. This template is set in a friendly serif typeface with a light, airy masthead — well suited to personal letters, thank-you notes, and any correspondence where a warmer tone feels right. Replace the placeholder tokens with your own details and save a copy each time you write.</w:t>
      </w:r>
    </w:p>
    <w:p>
      <w:pPr>
        <w:spacing w:after="480"/>
      </w:pPr>
      <w:r>
        <w:rPr>
          <w:rFonts w:ascii="Cambria" w:hAnsi="Cambria" w:cs="Cambria" w:eastAsia="Cambria"/>
          <w:i/>
          <w:sz w:val="22"/>
        </w:rPr>
        <w:t>Warmly,</w:t>
      </w:r>
    </w:p>
    <w:p>
      <w:pPr>
        <w:spacing w:after="0"/>
      </w:pPr>
      <w:r>
        <w:rPr>
          <w:rFonts w:ascii="Cambria" w:hAnsi="Cambria" w:cs="Cambria" w:eastAsia="Cambria"/>
          <w:b/>
          <w:sz w:val="22"/>
        </w:rPr>
        <w:t>[Your Name]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587" w:right="1587" w:bottom="113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Cambria" w:hAnsi="Cambria" w:cs="Cambria" w:eastAsia="Cambria"/>
        <w:i/>
        <w:color w:val="64748B"/>
        <w:sz w:val="18"/>
      </w:rPr>
      <w:t>[Street Address]   |   [(555) 123-4567]   |   [hello@example.com]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center"/>
    </w:pPr>
    <w:r>
      <w:rPr>
        <w:rFonts w:ascii="Calibri Light" w:hAnsi="Calibri Light" w:cs="Calibri Light" w:eastAsia="Calibri Light"/>
        <w:b w:val="0"/>
        <w:color w:val="0A2540"/>
        <w:sz w:val="56"/>
        <w:spacing w:val="80"/>
      </w:rPr>
      <w:t>[YOUR NAME]</w:t>
    </w:r>
  </w:p>
  <w:p>
    <w:pPr>
      <w:spacing w:before="40"/>
      <w:jc w:val="center"/>
    </w:pPr>
    <w:r>
      <w:rPr>
        <w:rFonts w:ascii="Calibri" w:hAnsi="Calibri" w:cs="Calibri" w:eastAsia="Calibri"/>
        <w:color w:val="0EA5E9"/>
        <w:sz w:val="20"/>
      </w:rPr>
      <w:t>————   ❖   ————</w:t>
    </w:r>
  </w:p>
  <w:p>
    <w:pPr>
      <w:spacing w:before="40"/>
      <w:jc w:val="center"/>
    </w:pPr>
    <w:r>
      <w:rPr>
        <w:rFonts w:ascii="Cambria" w:hAnsi="Cambria" w:cs="Cambria" w:eastAsia="Cambria"/>
        <w:i/>
        <w:color w:val="64748B"/>
        <w:sz w:val="20"/>
      </w:rPr>
      <w:t>personal correspondence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