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640080" cy="9601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andl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960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i/>
          <w:color w:val="1A3A2A"/>
          <w:sz w:val="56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8E2C2C"/>
          <w:sz w:val="22"/>
          <w:spacing w:val="40"/>
        </w:rPr>
        <w:t>Christmas Eve  · 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With love,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13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