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822960" cy="822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lly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22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1A3A2A"/>
          <w:sz w:val="56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8E2C2C"/>
          <w:sz w:val="22"/>
        </w:rPr>
        <w:t>✦  Merry Christmas, [Year]  ✦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With love,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13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