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80"/>
        <w:jc w:val="center"/>
        <w:pBdr>
          <w:top w:val="dotted" w:sz="12" w:space="8" w:color="8E2C2C"/>
          <w:left w:val="dotted" w:sz="12" w:space="8" w:color="8E2C2C"/>
          <w:bottom w:val="dotted" w:sz="12" w:space="8" w:color="8E2C2C"/>
          <w:right w:val="dotted" w:sz="12" w:space="8" w:color="8E2C2C"/>
        </w:pBdr>
      </w:pPr>
      <w:r>
        <w:rPr>
          <w:rFonts w:ascii="Cambria" w:hAnsi="Cambria" w:cs="Cambria" w:eastAsia="Cambria"/>
          <w:b/>
          <w:color w:val="8E2C2C"/>
          <w:sz w:val="24"/>
          <w:smallCaps w:val="true"/>
          <w:spacing w:val="40"/>
        </w:rPr>
        <w:t xml:space="preserve">  CHRISTMAS [Year]  ·  [Your Family]  ·  [City]  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Merry Christmas,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