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rPr>
          <w:rFonts w:ascii="Calibri" w:hAnsi="Calibri" w:cs="Calibri" w:eastAsia="Calibri"/>
          <w:color w:val="5C7E9C"/>
          <w:sz w:val="28"/>
          <w:spacing w:val="80"/>
        </w:rPr>
        <w:t>❄  ❄  ❄  ❄  ❄</w:t>
      </w:r>
    </w:p>
    <w:p>
      <w:pPr>
        <w:spacing w:after="80"/>
        <w:jc w:val="center"/>
      </w:pPr>
      <w:r>
        <w:rPr>
          <w:rFonts w:ascii="Calibri" w:hAnsi="Calibri" w:cs="Calibri" w:eastAsia="Calibri"/>
          <w:b/>
          <w:color w:val="0A2540"/>
          <w:sz w:val="56"/>
          <w:spacing w:val="12"/>
        </w:rPr>
        <w:t>[Your Family Name]</w:t>
      </w:r>
    </w:p>
    <w:p>
      <w:pPr>
        <w:spacing w:after="480"/>
        <w:jc w:val="center"/>
      </w:pPr>
      <w:r>
        <w:rPr>
          <w:rFonts w:ascii="Calibri" w:hAnsi="Calibri" w:cs="Calibri" w:eastAsia="Calibri"/>
          <w:color w:val="5C7E9C"/>
          <w:sz w:val="20"/>
          <w:spacing w:val="80"/>
        </w:rPr>
        <w:t>WINTER  ·  [Year]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Hello friends,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With warmth,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