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  <w:r>
        <w:rPr>
          <w:rFonts w:ascii="Calibri" w:hAnsi="Calibri" w:cs="Calibri" w:eastAsia="Calibri"/>
          <w:b/>
          <w:color w:val="1A1A1A"/>
          <w:sz w:val="44"/>
          <w:spacing w:val="32"/>
        </w:rPr>
        <w:t>[CHURCH NAME]</w:t>
      </w:r>
    </w:p>
    <w:p>
      <w:pPr>
        <w:spacing w:after="280"/>
      </w:pPr>
      <w:r>
        <w:rPr>
          <w:rFonts w:ascii="Calibri" w:hAnsi="Calibri" w:cs="Calibri" w:eastAsia="Calibri"/>
          <w:i/>
          <w:color w:val="8A7E6A"/>
          <w:sz w:val="21"/>
        </w:rPr>
        <w:t>A community gathered in faith, hope, and love</w:t>
      </w:r>
    </w:p>
    <w:p>
      <w:pPr>
        <w:spacing w:after="560"/>
        <w:pBdr>
          <w:bottom w:val="single" w:sz="4" w:space="4" w:color="5A2424"/>
        </w:pBdr>
      </w:pPr>
      <w:r>
        <w:rPr>
          <w:sz w:val="2"/>
        </w:rPr>
        <w:t xml:space="preserve"> </w:t>
      </w:r>
    </w:p>
    <w:p>
      <w:pPr>
        <w:spacing w:after="360"/>
      </w:pPr>
      <w:r>
        <w:rPr>
          <w:rFonts w:ascii="Calibri" w:hAnsi="Calibri" w:cs="Calibri" w:eastAsia="Calibri"/>
          <w:i/>
          <w:color w:val="8A7E6A"/>
          <w:sz w:val="22"/>
        </w:rPr>
        <w:t>[Date — e.g., April 28, 2026]</w:t>
      </w:r>
    </w:p>
    <w:p>
      <w:pPr>
        <w:spacing w:after="0"/>
      </w:pPr>
      <w:r>
        <w:rPr>
          <w:rFonts w:ascii="Calibri" w:hAnsi="Calibri" w:cs="Calibri" w:eastAsia="Calibri"/>
          <w:color w:val="1A1A1A"/>
          <w:sz w:val="22"/>
        </w:rPr>
        <w:t>[Recipient Name]</w:t>
      </w:r>
    </w:p>
    <w:p>
      <w:pPr>
        <w:spacing w:after="0"/>
      </w:pPr>
      <w:r>
        <w:rPr>
          <w:rFonts w:ascii="Calibri" w:hAnsi="Calibri" w:cs="Calibri" w:eastAsia="Calibri"/>
          <w:color w:val="1A1A1A"/>
          <w:sz w:val="22"/>
        </w:rPr>
        <w:t>[Street Address]</w:t>
      </w:r>
    </w:p>
    <w:p>
      <w:pPr>
        <w:spacing w:after="280"/>
      </w:pPr>
      <w:r>
        <w:rPr>
          <w:rFonts w:ascii="Calibri" w:hAnsi="Calibri" w:cs="Calibri" w:eastAsia="Calibri"/>
          <w:color w:val="1A1A1A"/>
          <w:sz w:val="22"/>
        </w:rPr>
        <w:t>[City, ST 00000]</w:t>
      </w:r>
    </w:p>
    <w:p>
      <w:pPr>
        <w:spacing w:after="240"/>
      </w:pPr>
      <w:r>
        <w:rPr>
          <w:rFonts w:ascii="Calibri" w:hAnsi="Calibri" w:cs="Calibri" w:eastAsia="Calibri"/>
          <w:color w:val="1A1A1A"/>
          <w:sz w:val="22"/>
        </w:rPr>
        <w:t>Dear Friends in Christ,</w:t>
      </w:r>
    </w:p>
    <w:p>
      <w:pPr>
        <w:spacing w:after="200"/>
        <w:ind w:firstLine="360"/>
      </w:pPr>
      <w:r>
        <w:rPr>
          <w:rFonts w:ascii="Calibri" w:hAnsi="Calibri" w:cs="Calibri" w:eastAsia="Calibri"/>
          <w:color w:val="1A1A1A"/>
          <w:sz w:val="22"/>
        </w:rPr>
        <w:t>It was such a joy to see you at last Sunday's gathering. On behalf of our staff and elders, thank you for the warmth and faithfulness you bring to our community — it does not go unnoticed, and it strengthens the whole body.</w:t>
      </w:r>
    </w:p>
    <w:p>
      <w:pPr>
        <w:spacing w:after="200"/>
        <w:ind w:firstLine="360"/>
      </w:pPr>
      <w:r>
        <w:rPr>
          <w:rFonts w:ascii="Calibri" w:hAnsi="Calibri" w:cs="Calibri" w:eastAsia="Calibri"/>
          <w:color w:val="1A1A1A"/>
          <w:sz w:val="22"/>
        </w:rPr>
        <w:t>I'm writing with two small invitations. First, our spring service of remembrance is set for May 11; we would be honored to have you join us. Second, the children's ministry team is looking for a few more volunteers for the summer reading program — a wonderful way to pour into the next generation.</w:t>
      </w:r>
    </w:p>
    <w:p>
      <w:pPr>
        <w:spacing w:after="200"/>
        <w:ind w:firstLine="360"/>
      </w:pPr>
      <w:r>
        <w:rPr>
          <w:rFonts w:ascii="Calibri" w:hAnsi="Calibri" w:cs="Calibri" w:eastAsia="Calibri"/>
          <w:color w:val="1A1A1A"/>
          <w:sz w:val="22"/>
        </w:rPr>
        <w:t>Please know that you and your family remain in our prayers. If there is ever anything we can do — a visit, a meal, a quiet ear — we are only a phone call away.</w:t>
      </w:r>
    </w:p>
    <w:p>
      <w:pPr>
        <w:spacing w:after="720"/>
      </w:pPr>
      <w:r>
        <w:rPr>
          <w:rFonts w:ascii="Calibri" w:hAnsi="Calibri" w:cs="Calibri" w:eastAsia="Calibri"/>
          <w:color w:val="1A1A1A"/>
          <w:sz w:val="22"/>
        </w:rPr>
        <w:t>Yours in Christ,</w:t>
      </w:r>
    </w:p>
    <w:p>
      <w:pPr>
        <w:spacing w:after="40"/>
      </w:pPr>
      <w:r>
        <w:rPr>
          <w:rFonts w:ascii="Calibri" w:hAnsi="Calibri" w:cs="Calibri" w:eastAsia="Calibri"/>
          <w:i/>
          <w:color w:val="1A1A1A"/>
          <w:sz w:val="24"/>
        </w:rPr>
        <w:t>[Pastor Name]</w:t>
      </w:r>
    </w:p>
    <w:p>
      <w:pPr>
        <w:spacing w:after="0"/>
      </w:pPr>
      <w:r>
        <w:rPr>
          <w:rFonts w:ascii="Calibri" w:hAnsi="Calibri" w:cs="Calibri" w:eastAsia="Calibri"/>
          <w:color w:val="8A7E6A"/>
          <w:sz w:val="19"/>
          <w:smallCaps w:val="true"/>
          <w:spacing w:val="48"/>
        </w:rPr>
        <w:t>Senior Pastor</w:t>
      </w:r>
    </w:p>
    <w:sectPr w:rsidR="00FC693F" w:rsidRPr="0006063C" w:rsidSect="00034616">
      <w:footerReference w:type="default" r:id="rId9"/>
      <w:pgSz w:w="12240" w:h="15840"/>
      <w:pgMar w:top="1361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80"/>
      <w:jc w:val="center"/>
    </w:pPr>
    <w:r>
      <w:rPr>
        <w:rFonts w:ascii="Cambria" w:hAnsi="Cambria" w:cs="Cambria" w:eastAsia="Cambria"/>
        <w:i/>
        <w:color w:val="8A7E6A"/>
        <w:sz w:val="20"/>
      </w:rPr>
      <w:t>"Let your light shine before others." — Matthew 5:16</w:t>
    </w:r>
  </w:p>
  <w:p>
    <w:pPr>
      <w:jc w:val="center"/>
    </w:pPr>
    <w:r>
      <w:rPr>
        <w:rFonts w:ascii="Cambria" w:hAnsi="Cambria" w:cs="Cambria" w:eastAsia="Cambria"/>
        <w:color w:val="8A7E6A"/>
        <w:sz w:val="17"/>
        <w:smallCaps w:val="true"/>
        <w:spacing w:val="52"/>
      </w:rPr>
      <w:t>[Street Address] · [Phone] · [website.org]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