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pos="9071" w:val="right"/>
        </w:tabs>
        <w:spacing w:after="0"/>
      </w:pPr>
      <w:r>
        <w:rPr>
          <w:rFonts w:ascii="Calibri" w:hAnsi="Calibri" w:cs="Calibri" w:eastAsia="Calibri"/>
          <w:b/>
          <w:color w:val="0A2540"/>
          <w:sz w:val="40"/>
          <w:spacing w:val="24"/>
        </w:rPr>
        <w:t>[YOUR COMPANY]</w:t>
      </w:r>
      <w:r>
        <w:rPr>
          <w:rFonts w:ascii="Calibri" w:hAnsi="Calibri" w:cs="Calibri" w:eastAsia="Calibri"/>
          <w:sz w:val="20"/>
        </w:rPr>
        <w:tab/>
      </w:r>
      <w:r>
        <w:rPr>
          <w:rFonts w:ascii="Calibri" w:hAnsi="Calibri" w:cs="Calibri" w:eastAsia="Calibri"/>
          <w:color w:val="6B7280"/>
          <w:sz w:val="18"/>
        </w:rPr>
        <w:t>[Address]  ·  [City]  ·  USA</w:t>
      </w:r>
    </w:p>
    <w:p>
      <w:pPr>
        <w:spacing w:after="560"/>
        <w:pBdr>
          <w:bottom w:val="single" w:sz="8" w:space="4" w:color="0A2540"/>
        </w:pBdr>
      </w:pPr>
      <w:r>
        <w:rPr>
          <w:sz w:val="2"/>
        </w:rPr>
        <w:t xml:space="preserve"> </w:t>
      </w:r>
    </w:p>
    <w:p>
      <w:pPr>
        <w:spacing w:after="400"/>
      </w:pPr>
      <w:r>
        <w:rPr>
          <w:rFonts w:ascii="Calibri" w:hAnsi="Calibri" w:cs="Calibri" w:eastAsia="Calibri"/>
          <w:color w:val="6B7280"/>
          <w:sz w:val="18"/>
          <w:spacing w:val="28"/>
        </w:rPr>
        <w:t>REF: [001]  ·  DATE: [April 26, 2026]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1361" w:bottom="113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