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0"/>
        <w:jc w:val="center"/>
        <w:shd w:val="clear" w:color="auto" w:fill="252525"/>
      </w:pPr>
      <w:r>
        <w:rPr>
          <w:rFonts w:ascii="Calibri" w:hAnsi="Calibri" w:cs="Calibri" w:eastAsia="Calibri"/>
          <w:b/>
          <w:color w:val="FFFFFF"/>
          <w:sz w:val="44"/>
          <w:spacing w:val="40"/>
        </w:rPr>
        <w:t xml:space="preserve">   [YOUR COMPANY]   </w:t>
      </w:r>
    </w:p>
    <w:p>
      <w:pPr>
        <w:spacing w:before="0" w:after="560"/>
        <w:jc w:val="left"/>
        <w:shd w:val="clear" w:color="auto" w:fill="1A1A1A"/>
      </w:pPr>
      <w:r>
        <w:rPr>
          <w:rFonts w:ascii="Calibri" w:hAnsi="Calibri" w:cs="Calibri" w:eastAsia="Calibri"/>
          <w:color w:val="C0C0C0"/>
          <w:sz w:val="18"/>
          <w:spacing w:val="48"/>
        </w:rPr>
        <w:t xml:space="preserve">   NYSE: [TICKER]  ·  EST. [YEAR]  ·  GLOBAL HEADQUARTERS [CITY]   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1F2937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1F2937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1F2937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1F2937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1F2937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1F2937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1F2937"/>
          <w:sz w:val="28"/>
        </w:rPr>
        <w:t>[Your Name]</w:t>
      </w:r>
    </w:p>
    <w:sectPr w:rsidR="00FC693F" w:rsidRPr="0006063C" w:rsidSect="00034616">
      <w:pgSz w:w="12240" w:h="15840"/>
      <w:pgMar w:top="283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