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80"/>
      </w:pPr>
      <w:r>
        <w:rPr>
          <w:rFonts w:ascii="Calibri" w:hAnsi="Calibri" w:cs="Calibri" w:eastAsia="Calibri"/>
          <w:b/>
          <w:color w:val="0A2540"/>
          <w:sz w:val="40"/>
          <w:spacing w:val="24"/>
        </w:rPr>
        <w:t>[YOUR COMPANY]</w:t>
      </w:r>
    </w:p>
    <w:p>
      <w:pPr>
        <w:spacing w:after="100"/>
      </w:pPr>
      <w:r>
        <w:rPr>
          <w:rFonts w:ascii="Calibri" w:hAnsi="Calibri" w:cs="Calibri" w:eastAsia="Calibri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[Recipient Name]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[Street Address]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 xml:space="preserve">[City, ST 00000]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>Dear [Recipient],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libri" w:hAnsi="Calibri" w:cs="Calibri" w:eastAsia="Calibri"/>
          <w:color w:val="0A2540"/>
          <w:sz w:val="22"/>
        </w:rPr>
        <w:t>Sincerely,</w:t>
      </w:r>
    </w:p>
    <w:p>
      <w:pPr>
        <w:spacing w:after="0"/>
      </w:pPr>
      <w:r>
        <w:rPr>
          <w:rFonts w:ascii="Calibri" w:hAnsi="Calibri" w:cs="Calibri" w:eastAsia="Calibri"/>
          <w:i/>
          <w:color w:val="0A2540"/>
          <w:sz w:val="28"/>
        </w:rPr>
        <w:t>[Your Name]</w:t>
      </w:r>
    </w:p>
    <w:p>
      <w:pPr>
        <w:spacing w:after="400"/>
      </w:pPr>
    </w:p>
    <w:p>
      <w:pPr>
        <w:spacing w:after="160"/>
        <w:pBdr>
          <w:bottom w:val="single" w:sz="4" w:space="4" w:color="0A2540"/>
        </w:pBdr>
      </w:pPr>
      <w:r>
        <w:rPr>
          <w:sz w:val="2"/>
        </w:rPr>
        <w:t xml:space="preserve"> </w:t>
      </w:r>
    </w:p>
    <w:p>
      <w:pPr>
        <w:spacing w:after="80"/>
      </w:pPr>
      <w:r>
        <w:rPr>
          <w:rFonts w:ascii="Calibri" w:hAnsi="Calibri" w:cs="Calibri" w:eastAsia="Calibri"/>
          <w:color w:val="6B7280"/>
          <w:sz w:val="16"/>
          <w:spacing w:val="28"/>
        </w:rPr>
        <w:t>[YOUR COMPANY] · [REGISTERED OFFICE] · [EIN/REG NO.] · NYSE: [TICKER]</w:t>
      </w:r>
    </w:p>
    <w:p>
      <w:pPr>
        <w:spacing w:after="0"/>
      </w:pPr>
      <w:r>
        <w:rPr>
          <w:rFonts w:ascii="Calibri" w:hAnsi="Calibri" w:cs="Calibri" w:eastAsia="Calibri"/>
          <w:color w:val="6B7280"/>
          <w:sz w:val="16"/>
          <w:spacing w:val="48"/>
        </w:rPr>
        <w:t>CONFIDENTIAL · STANDARD CLASSIFICATION · PAGE 1 OF 1</w:t>
      </w:r>
    </w:p>
    <w:sectPr w:rsidR="00FC693F" w:rsidRPr="0006063C" w:rsidSect="00034616">
      <w:pgSz w:w="12240" w:h="15840"/>
      <w:pgMar w:top="1361" w:right="1361" w:bottom="1701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