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680"/>
        <w:gridCol w:w="4680"/>
      </w:tblGrid>
      <w:tr>
        <w:tc>
          <w:tcPr>
            <w:tcW w:type="dxa" w:w="4680"/>
            <w:shd w:val="clear" w:color="auto" w:fill="6B7280"/>
          </w:tcPr>
          <w:p>
            <w:pPr>
              <w:spacing w:before="800"/>
            </w:pPr>
            <w:r>
              <w:rPr>
                <w:rFonts w:ascii="Calibri" w:hAnsi="Calibri" w:cs="Calibri" w:eastAsia="Calibri"/>
                <w:b/>
                <w:color w:val="FFFFFF"/>
                <w:sz w:val="28"/>
                <w:spacing w:val="40"/>
              </w:rPr>
              <w:t>[YOUR COMPANY]</w:t>
            </w:r>
          </w:p>
          <w:p>
            <w:pPr>
              <w:spacing w:before="400"/>
            </w:pPr>
            <w:r>
              <w:rPr>
                <w:rFonts w:ascii="Calibri" w:hAnsi="Calibri" w:cs="Calibri" w:eastAsia="Calibri"/>
                <w:color w:val="E5E7EB"/>
                <w:sz w:val="18"/>
              </w:rPr>
              <w:t>[City]</w:t>
              <w:br/>
              <w:t>[Country]</w:t>
              <w:br/>
              <w:br/>
              <w:t>[Phone]</w:t>
              <w:br/>
              <w:t>[Email]</w:t>
            </w:r>
          </w:p>
        </w:tc>
        <w:tc>
          <w:tcPr>
            <w:tcW w:type="dxa" w:w="4680"/>
          </w:tcPr>
          <w:p>
            <w:pPr>
              <w:spacing w:before="800"/>
              <w:ind w:left="400" w:right="400"/>
            </w:pPr>
            <w:r>
              <w:rPr>
                <w:sz w:val="2"/>
              </w:rPr>
            </w:r>
          </w:p>
          <w:p>
            <w:pPr>
              <w:spacing w:after="100"/>
            </w:pPr>
            <w:r>
              <w:rPr>
                <w:rFonts w:ascii="Calibri" w:hAnsi="Calibri" w:cs="Calibri" w:eastAsia="Calibri"/>
                <w:color w:val="6B7280"/>
                <w:sz w:val="22"/>
              </w:rPr>
              <w:t>[Date — e.g., April 26, 2026]</w:t>
            </w:r>
          </w:p>
          <w:p>
            <w:pPr>
              <w:spacing w:after="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 xml:space="preserve">[Recipient Name]</w:t>
            </w:r>
          </w:p>
          <w:p>
            <w:pPr>
              <w:spacing w:after="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 xml:space="preserve">[Street Address]</w:t>
            </w:r>
          </w:p>
          <w:p>
            <w:pPr>
              <w:spacing w:after="24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 xml:space="preserve">[City, ST 00000]</w:t>
            </w:r>
          </w:p>
          <w:p>
            <w:pPr>
              <w:spacing w:after="24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>Dear [Recipient],</w:t>
            </w:r>
          </w:p>
          <w:p>
            <w:pPr>
              <w:spacing w:after="280"/>
              <w:ind w:firstLine="36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 xml:space="preserve">Thank you for taking the time to meet last week. As discussed, I have prepared the enclosed materials for your review and have outlined below the next steps and approximate timeline for the engagement.</w:t>
            </w:r>
          </w:p>
          <w:p>
            <w:pPr>
              <w:spacing w:after="280"/>
              <w:ind w:firstLine="36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 xml:space="preserve">Please review the documents at your convenience and feel free to call or write with any questions. I will follow up by phone next Tuesday to confirm next steps.</w:t>
            </w:r>
          </w:p>
          <w:p>
            <w:pPr>
              <w:spacing w:after="280"/>
              <w:ind w:firstLine="36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 xml:space="preserve">I appreciate the opportunity to be of service and look forward to continuing our work together.</w:t>
            </w:r>
          </w:p>
          <w:p>
            <w:pPr>
              <w:spacing w:after="480"/>
            </w:pPr>
            <w:r>
              <w:rPr>
                <w:rFonts w:ascii="Calibri" w:hAnsi="Calibri" w:cs="Calibri" w:eastAsia="Calibri"/>
                <w:color w:val="1F2937"/>
                <w:sz w:val="22"/>
              </w:rPr>
              <w:t>Sincerely,</w:t>
            </w:r>
          </w:p>
          <w:p>
            <w:pPr>
              <w:spacing w:after="0"/>
            </w:pPr>
            <w:r>
              <w:rPr>
                <w:rFonts w:ascii="Calibri" w:hAnsi="Calibri" w:cs="Calibri" w:eastAsia="Calibri"/>
                <w:i/>
                <w:color w:val="1F2937"/>
                <w:sz w:val="28"/>
              </w:rPr>
              <w:t>[Your Name]</w:t>
            </w:r>
          </w:p>
        </w:tc>
      </w:tr>
    </w:tbl>
    <w:sectPr w:rsidR="00FC693F" w:rsidRPr="0006063C" w:rsidSect="00034616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