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0"/>
        <w:jc w:val="center"/>
        <w:shd w:val="clear" w:color="auto" w:fill="F2D9D6"/>
      </w:pPr>
      <w:r>
        <w:rPr>
          <w:rFonts w:ascii="Cambria" w:hAnsi="Cambria" w:cs="Cambria" w:eastAsia="Cambria"/>
          <w:i/>
          <w:color w:val="2A2A2A"/>
          <w:sz w:val="60"/>
          <w:spacing w:val="20"/>
        </w:rPr>
        <w:t xml:space="preserve">   [Your Company Name]   </w:t>
      </w:r>
    </w:p>
    <w:p>
      <w:pPr>
        <w:spacing w:before="0" w:after="560"/>
        <w:jc w:val="center"/>
        <w:shd w:val="clear" w:color="auto" w:fill="F2D9D6"/>
      </w:pPr>
      <w:r>
        <w:rPr>
          <w:rFonts w:ascii="Cambria" w:hAnsi="Cambria" w:cs="Cambria" w:eastAsia="Cambria"/>
          <w:color w:val="5A3A3A"/>
          <w:sz w:val="18"/>
          <w:spacing w:val="80"/>
        </w:rPr>
        <w:t>APOTHECARY  ·  ESTABLISHED [Year]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2A2A2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2A2A2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2A2A2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2A2A2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2A2A2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2A2A2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2A2A2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2A2A2A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2A2A2A"/>
          <w:sz w:val="28"/>
        </w:rPr>
        <w:t>[Your Name]</w:t>
      </w:r>
    </w:p>
    <w:sectPr w:rsidR="00FC693F" w:rsidRPr="0006063C" w:rsidSect="00034616">
      <w:pgSz w:w="12240" w:h="15840"/>
      <w:pgMar w:top="283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