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0"/>
        <w:jc w:val="center"/>
      </w:pPr>
      <w:r>
        <w:rPr>
          <w:rFonts w:ascii="Cambria" w:hAnsi="Cambria" w:cs="Cambria" w:eastAsia="Cambria"/>
          <w:color w:val="1E5E48"/>
          <w:sz w:val="20"/>
          <w:spacing w:val="88"/>
        </w:rPr>
        <w:t>ESTATE  ·  EST. [Year]</w:t>
      </w:r>
    </w:p>
    <w:p>
      <w:pPr>
        <w:spacing w:after="200"/>
        <w:jc w:val="center"/>
      </w:pPr>
      <w:r>
        <w:rPr>
          <w:rFonts w:ascii="Cambria" w:hAnsi="Cambria" w:cs="Cambria" w:eastAsia="Cambria"/>
          <w:i/>
          <w:color w:val="1E5E48"/>
          <w:sz w:val="64"/>
        </w:rPr>
        <w:t>[Your Estate Name]</w:t>
      </w:r>
    </w:p>
    <w:p>
      <w:pPr>
        <w:spacing w:after="480"/>
        <w:jc w:val="center"/>
      </w:pPr>
      <w:r>
        <w:rPr>
          <w:rFonts w:ascii="Cambria" w:hAnsi="Cambria" w:cs="Cambria" w:eastAsia="Cambria"/>
          <w:color w:val="B58E48"/>
          <w:sz w:val="22"/>
          <w:spacing w:val="80"/>
        </w:rPr>
        <w:t>✦  ✦  ✦</w:t>
      </w:r>
    </w:p>
    <w:p>
      <w:pPr>
        <w:spacing w:after="100"/>
      </w:pPr>
      <w:r>
        <w:rPr>
          <w:rFonts w:ascii="Cambria" w:hAnsi="Cambria" w:cs="Cambria" w:eastAsia="Cambria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mbria" w:hAnsi="Cambria" w:cs="Cambria" w:eastAsia="Cambria"/>
          <w:color w:val="1E5E48"/>
          <w:sz w:val="22"/>
        </w:rPr>
        <w:t xml:space="preserve">[Recipient Name]</w:t>
      </w:r>
    </w:p>
    <w:p>
      <w:pPr>
        <w:spacing w:after="0"/>
      </w:pPr>
      <w:r>
        <w:rPr>
          <w:rFonts w:ascii="Cambria" w:hAnsi="Cambria" w:cs="Cambria" w:eastAsia="Cambria"/>
          <w:color w:val="1E5E48"/>
          <w:sz w:val="22"/>
        </w:rPr>
        <w:t xml:space="preserve">[Street Address]</w:t>
      </w:r>
    </w:p>
    <w:p>
      <w:pPr>
        <w:spacing w:after="240"/>
      </w:pPr>
      <w:r>
        <w:rPr>
          <w:rFonts w:ascii="Cambria" w:hAnsi="Cambria" w:cs="Cambria" w:eastAsia="Cambria"/>
          <w:color w:val="1E5E48"/>
          <w:sz w:val="22"/>
        </w:rPr>
        <w:t xml:space="preserve">[City, ST 00000]</w:t>
      </w:r>
    </w:p>
    <w:p>
      <w:pPr>
        <w:spacing w:after="240"/>
      </w:pPr>
      <w:r>
        <w:rPr>
          <w:rFonts w:ascii="Cambria" w:hAnsi="Cambria" w:cs="Cambria" w:eastAsia="Cambria"/>
          <w:color w:val="1E5E48"/>
          <w:sz w:val="22"/>
        </w:rPr>
        <w:t>Dear [Recipient],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1E5E48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1E5E48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mbria" w:hAnsi="Cambria" w:cs="Cambria" w:eastAsia="Cambria"/>
          <w:color w:val="1E5E48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mbria" w:hAnsi="Cambria" w:cs="Cambria" w:eastAsia="Cambria"/>
          <w:color w:val="1E5E48"/>
          <w:sz w:val="22"/>
        </w:rPr>
        <w:t>Sincerely,</w:t>
      </w:r>
    </w:p>
    <w:p>
      <w:pPr>
        <w:spacing w:after="0"/>
      </w:pPr>
      <w:r>
        <w:rPr>
          <w:rFonts w:ascii="Cambria" w:hAnsi="Cambria" w:cs="Cambria" w:eastAsia="Cambria"/>
          <w:i/>
          <w:color w:val="1E5E48"/>
          <w:sz w:val="28"/>
        </w:rPr>
        <w:t>[Your Name]</w:t>
      </w:r>
    </w:p>
    <w:sectPr w:rsidR="00FC693F" w:rsidRPr="0006063C" w:rsidSect="00034616">
      <w:pgSz w:w="12240" w:h="15840"/>
      <w:pgMar w:top="1587" w:right="2268" w:bottom="1134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