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b/>
          <w:color w:val="0A0A0A"/>
          <w:sz w:val="48"/>
          <w:spacing w:val="48"/>
        </w:rPr>
        <w:t>[YOUR COMPANY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6B7280"/>
          <w:sz w:val="20"/>
        </w:rPr>
        <w:t>[Tagline]  ·  EST.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701" w:right="2551" w:bottom="1417" w:left="2551" w:header="720" w:footer="720" w:gutter="0"/>
      <w:cols w:space="720"/>
      <w:docGrid w:linePitch="360"/>
      <w:pgBorders w:offsetFrom="page">
        <w:top w:val="double" w:sz="6" w:space="20" w:color="0A0A0A"/>
        <w:left w:val="double" w:sz="6" w:space="20" w:color="0A0A0A"/>
        <w:bottom w:val="double" w:sz="6" w:space="20" w:color="0A0A0A"/>
        <w:right w:val="double" w:sz="6" w:space="20" w:color="0A0A0A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