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</w:pPr>
      <w:r>
        <w:rPr>
          <w:rFonts w:ascii="Cambria" w:hAnsi="Cambria" w:cs="Cambria" w:eastAsia="Cambria"/>
          <w:i/>
          <w:color w:val="0A2540"/>
          <w:sz w:val="112"/>
        </w:rPr>
        <w:t>[Your Name]</w:t>
      </w:r>
    </w:p>
    <w:p>
      <w:pPr>
        <w:spacing w:after="560"/>
      </w:pPr>
      <w:r>
        <w:rPr>
          <w:rFonts w:ascii="Cambria" w:hAnsi="Cambria" w:cs="Cambria" w:eastAsia="Cambria"/>
          <w:color w:val="6B7280"/>
          <w:sz w:val="20"/>
          <w:smallCaps w:val="true"/>
          <w:spacing w:val="60"/>
        </w:rPr>
        <w:t>[Tagline · City]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0A2540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701" w:right="1984" w:bottom="1134" w:left="19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