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color w:val="0A0A0A"/>
          <w:sz w:val="40"/>
          <w:spacing w:val="160"/>
        </w:rPr>
        <w:t>[YOUR COMPANY NAME]</w:t>
      </w:r>
    </w:p>
    <w:p>
      <w:pPr>
        <w:spacing w:after="200"/>
        <w:jc w:val="center"/>
        <w:pBdr>
          <w:bottom w:val="single" w:sz="4" w:space="4" w:color="0A0A0A"/>
        </w:pBdr>
      </w:pPr>
      <w:r>
        <w:rPr>
          <w:sz w:val="2"/>
        </w:rPr>
        <w:t xml:space="preserve"> 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4B5563"/>
          <w:sz w:val="18"/>
          <w:spacing w:val="80"/>
        </w:rPr>
        <w:t>[STREET ADDRESS  ·  CITY]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98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