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DFDFB"/>
  <w:body>
    <w:p>
      <w:pPr>
        <w:spacing w:before="0" w:after="0"/>
      </w:pPr>
      <w:r>
        <w:rPr>
          <w:rFonts w:ascii="Cambria" w:hAnsi="Cambria" w:cs="Cambria"/>
          <w:color w:val="1F2937"/>
          <w:sz w:val="2"/>
        </w:rPr>
        <w:t xml:space="preserve"> </w:t>
      </w:r>
    </w:p>
    <w:tbl>
      <w:tblPr>
        <w:tblW w:w="9120" w:type="dxa"/>
        <w:tblInd w:w="12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5400"/>
        <w:gridCol w:w="3720"/>
      </w:tblGrid>
      <w:tr>
        <w:tc>
          <w:tcPr>
            <w:tcW w:w="5400" w:type="dxa"/>
            <w:vAlign w:val="bottom"/>
          </w:tcPr>
          <w:p>
            <w:pPr>
              <w:spacing w:before="0" w:after="60"/>
            </w:pPr>
            <w:r>
              <w:rPr>
                <w:rFonts w:ascii="Garamond" w:hAnsi="Garamond" w:cs="Garamond"/>
                <w:b/>
                <w:color w:val="161B22"/>
                <w:sz w:val="60"/>
              </w:rPr>
              <w:t xml:space="preserve">[Your Name]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caps w:val="true"/>
                <w:color w:val="5B6472"/>
                <w:spacing w:val="90"/>
                <w:sz w:val="15"/>
              </w:rPr>
              <w:t xml:space="preserve">Attorney and Counselor at Law</w:t>
            </w:r>
          </w:p>
        </w:tc>
        <w:tc>
          <w:tcPr>
            <w:tcW w:w="3720" w:type="dxa"/>
            <w:vAlign w:val="bottom"/>
          </w:tcPr>
          <w:p>
            <w:pPr>
              <w:spacing w:before="0" w:after="30"/>
              <w:jc w:val="right"/>
            </w:pPr>
            <w:r>
              <w:rPr>
                <w:rFonts w:ascii="Calibri" w:hAnsi="Calibri" w:cs="Calibri"/>
                <w:color w:val="9CA3AF"/>
                <w:spacing w:val="48"/>
                <w:sz w:val="11"/>
              </w:rPr>
              <w:t xml:space="preserve">WRITER'S DIRECT DIAL</w:t>
            </w:r>
          </w:p>
          <w:p>
            <w:pPr>
              <w:spacing w:before="0" w:after="30"/>
              <w:jc w:val="right"/>
            </w:pPr>
            <w:r>
              <w:rPr>
                <w:rFonts w:ascii="Calibri" w:hAnsi="Calibri" w:cs="Calibri"/>
                <w:b/>
                <w:color w:val="161B22"/>
                <w:sz w:val="17"/>
              </w:rPr>
              <w:t xml:space="preserve">[(212) 555 0148]</w:t>
            </w:r>
          </w:p>
          <w:p>
            <w:pPr>
              <w:spacing w:before="0" w:after="0"/>
              <w:jc w:val="right"/>
            </w:pPr>
            <w:r>
              <w:rPr>
                <w:rFonts w:ascii="Calibri" w:hAnsi="Calibri" w:cs="Calibri"/>
                <w:color w:val="5B6472"/>
                <w:sz w:val="14"/>
              </w:rPr>
              <w:t xml:space="preserve">[you@firm.com]</w:t>
            </w:r>
          </w:p>
        </w:tc>
      </w:tr>
    </w:tbl>
    <w:p>
      <w:pPr>
        <w:pBdr>
          <w:top w:val="single" w:sz="6" w:space="6" w:color="161B22"/>
        </w:pBdr>
        <w:spacing w:before="240" w:after="620"/>
        <w:ind w:left="1260" w:right="1260"/>
      </w:pPr>
      <w:r>
        <w:rPr>
          <w:rFonts w:ascii="Cambria" w:hAnsi="Cambria" w:cs="Cambria"/>
          <w:color w:val="1F2937"/>
          <w:sz w:val="4"/>
        </w:rPr>
        <w:t xml:space="preserve"> </w:t>
      </w:r>
    </w:p>
    <w:p>
      <w:pPr>
        <w:tabs>
          <w:tab w:pos="9720" w:val="right"/>
        </w:tabs>
        <w:spacing w:before="0" w:after="260"/>
        <w:ind w:left="1260" w:right="1260"/>
      </w:pPr>
      <w:r>
        <w:rPr>
          <w:rFonts w:ascii="Cambria" w:hAnsi="Cambria" w:cs="Cambria"/>
          <w:color w:val="6B7280"/>
          <w:sz w:val="22"/>
        </w:rPr>
        <w:t xml:space="preserve">[Date — e.g., July 30, 2026]</w:t>
      </w:r>
      <w:r>
        <w:rPr>
          <w:rFonts w:ascii="Cambria" w:hAnsi="Cambria"/>
          <w:sz w:val="22"/>
        </w:rPr>
        <w:tab/>
      </w:r>
      <w:r>
        <w:rPr>
          <w:rFonts w:ascii="Consolas" w:hAnsi="Consolas" w:cs="Consolas"/>
          <w:color w:val="6B7280"/>
          <w:sz w:val="19"/>
        </w:rPr>
        <w:t xml:space="preserve">Matter [2026-000]</w:t>
      </w:r>
    </w:p>
    <w:p>
      <w:pPr>
        <w:spacing w:before="0" w:after="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[Recipient Name]</w:t>
      </w:r>
    </w:p>
    <w:p>
      <w:pPr>
        <w:spacing w:before="0" w:after="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[Title]</w:t>
      </w:r>
    </w:p>
    <w:p>
      <w:pPr>
        <w:spacing w:before="0" w:after="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[Company, LLC]</w:t>
      </w:r>
    </w:p>
    <w:p>
      <w:pPr>
        <w:spacing w:before="0" w:after="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[Street Address]</w:t>
      </w:r>
    </w:p>
    <w:p>
      <w:pPr>
        <w:spacing w:before="0" w:after="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[City, State ZIP]</w:t>
      </w:r>
    </w:p>
    <w:p>
      <w:pPr>
        <w:spacing w:before="240" w:after="180"/>
        <w:ind w:left="1260" w:right="1260"/>
      </w:pPr>
      <w:r>
        <w:rPr>
          <w:rFonts w:ascii="Cambria" w:hAnsi="Cambria" w:cs="Cambria"/>
          <w:b/>
          <w:color w:val="1F2937"/>
          <w:sz w:val="22"/>
        </w:rPr>
        <w:t xml:space="preserve">Re:  [Client Matter] — [Brief Description]</w:t>
      </w:r>
    </w:p>
    <w:p>
      <w:pPr>
        <w:spacing w:before="0" w:after="18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Dear [Recipient]:</w:t>
      </w:r>
    </w:p>
    <w:p>
      <w:pPr>
        <w:spacing w:before="0" w:after="20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260" w:right="1260"/>
      </w:pPr>
      <w:r>
        <w:rPr>
          <w:rFonts w:ascii="Cambria" w:hAnsi="Cambria" w:cs="Cambria"/>
          <w:color w:val="1F2937"/>
          <w:sz w:val="22"/>
        </w:rPr>
        <w:t xml:space="preserve">Very truly yours,</w:t>
      </w:r>
    </w:p>
    <w:p>
      <w:pPr>
        <w:spacing w:before="0" w:after="30"/>
        <w:ind w:left="1260" w:right="1260"/>
      </w:pPr>
      <w:r>
        <w:rPr>
          <w:rFonts w:ascii="Cambria" w:hAnsi="Cambria" w:cs="Cambria"/>
          <w:b/>
          <w:color w:val="1F2937"/>
          <w:sz w:val="22"/>
        </w:rPr>
        <w:t xml:space="preserve">[Your Name]</w:t>
      </w:r>
    </w:p>
    <w:p>
      <w:pPr>
        <w:spacing w:before="0" w:after="0"/>
        <w:ind w:left="1260" w:right="1260"/>
      </w:pPr>
      <w:r>
        <w:rPr>
          <w:rFonts w:ascii="Cambria" w:hAnsi="Cambria" w:cs="Cambria"/>
          <w:color w:val="6B7280"/>
          <w:sz w:val="17"/>
        </w:rPr>
        <w:t xml:space="preserve">Sole Practitioner · [State] Bar No. [0,000,000]</w:t>
      </w:r>
    </w:p>
    <w:sectPr>
      <w:footerReference w:type="default" r:id="rId10"/>
      <w:pgSz w:w="12240" w:h="15840"/>
      <w:pgMar w:top="765" w:right="0" w:bottom="1620" w:left="0" w:header="720" w:footer="6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Bdr>
        <w:top w:val="single" w:sz="4" w:space="6" w:color="B9BFC8"/>
      </w:pBdr>
      <w:tabs>
        <w:tab w:pos="9720" w:val="right"/>
      </w:tabs>
      <w:spacing w:before="0" w:after="90"/>
      <w:ind w:left="1260" w:right="1260"/>
    </w:pPr>
    <w:r>
      <w:rPr>
        <w:rFonts w:ascii="Cambria" w:hAnsi="Cambria" w:cs="Cambria"/>
        <w:color w:val="374151"/>
        <w:sz w:val="16"/>
      </w:rPr>
      <w:t xml:space="preserve">[Street Address], Suite [000] · [City, State ZIP]</w:t>
    </w:r>
    <w:r>
      <w:rPr>
        <w:rFonts w:ascii="Cambria" w:hAnsi="Cambria"/>
        <w:sz w:val="16"/>
      </w:rPr>
      <w:tab/>
    </w:r>
    <w:r>
      <w:rPr>
        <w:rFonts w:ascii="Cambria" w:hAnsi="Cambria" w:cs="Cambria"/>
        <w:color w:val="374151"/>
        <w:sz w:val="16"/>
      </w:rPr>
      <w:t xml:space="preserve">Tel [(212) 555 0140] · [firm.com]</w:t>
    </w:r>
  </w:p>
  <w:p>
    <w:pPr>
      <w:spacing w:before="0" w:after="0"/>
      <w:ind w:left="1260" w:right="1260"/>
    </w:pPr>
    <w:r>
      <w:rPr>
        <w:rFonts w:ascii="Calibri" w:hAnsi="Calibri" w:cs="Calibri"/>
        <w:caps w:val="true"/>
        <w:color w:val="6B7280"/>
        <w:spacing w:val="40"/>
        <w:sz w:val="12"/>
      </w:rPr>
      <w:t xml:space="preserve">Privileged and confidential · Attorney work product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