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DFDFB"/>
  <w:body>
    <w:p>
      <w:pPr>
        <w:spacing w:before="0" w:after="70"/>
        <w:ind w:left="1020" w:right="1020"/>
        <w:jc w:val="center"/>
      </w:pPr>
      <w:r>
        <w:rPr>
          <w:rFonts w:ascii="Garamond" w:hAnsi="Garamond" w:cs="Garamond"/>
          <w:b/>
          <w:color w:val="12233F"/>
          <w:spacing w:val="12"/>
          <w:sz w:val="51"/>
        </w:rPr>
        <w:t xml:space="preserve">WHITFORD, HALE &amp; MERCER </w:t>
      </w:r>
      <w:r>
        <w:rPr>
          <w:rFonts w:ascii="Garamond" w:hAnsi="Garamond" w:cs="Garamond"/>
          <w:b/>
          <w:color w:val="12233F"/>
          <w:sz w:val="33"/>
        </w:rPr>
        <w:t xml:space="preserve">LLP</w:t>
      </w:r>
    </w:p>
    <w:p>
      <w:pPr>
        <w:spacing w:before="0" w:after="40"/>
        <w:ind w:left="1020" w:right="1020"/>
        <w:jc w:val="center"/>
      </w:pPr>
      <w:r>
        <w:rPr>
          <w:rFonts w:ascii="Calibri" w:hAnsi="Calibri" w:cs="Calibri"/>
          <w:caps w:val="true"/>
          <w:color w:val="5B6472"/>
          <w:spacing w:val="110"/>
          <w:sz w:val="15"/>
        </w:rPr>
        <w:t xml:space="preserve">Attorneys and Counselors at Law</w:t>
      </w:r>
    </w:p>
    <w:p>
      <w:pPr>
        <w:pBdr>
          <w:top w:val="single" w:sz="12" w:space="1" w:color="12233F"/>
          <w:bottom w:val="single" w:sz="4" w:space="3" w:color="12233F"/>
        </w:pBdr>
        <w:spacing w:before="0" w:after="300"/>
        <w:ind w:left="1020" w:right="1020"/>
      </w:pPr>
      <w:r>
        <w:rPr>
          <w:rFonts w:ascii="Cambria" w:hAnsi="Cambria" w:cs="Cambria"/>
          <w:color w:val="1F2937"/>
          <w:sz w:val="4"/>
        </w:rPr>
        <w:t xml:space="preserve"> </w:t>
      </w:r>
    </w:p>
    <w:tbl>
      <w:tblPr>
        <w:tblW w:w="9180" w:type="dxa"/>
        <w:tblInd w:w="10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2520"/>
        <w:gridCol w:w="390"/>
        <w:gridCol w:w="6270"/>
      </w:tblGrid>
      <w:tr>
        <w:tc>
          <w:tcPr>
            <w:tcW w:w="2520" w:type="dxa"/>
            <w:vAlign w:val="top"/>
          </w:tcPr>
          <w:p>
            <w:pPr>
              <w:spacing w:before="0" w:after="40"/>
            </w:pPr>
            <w:r>
              <w:rPr>
                <w:rFonts w:ascii="Calibri" w:hAnsi="Calibri" w:cs="Calibri"/>
                <w:b/>
                <w:color w:val="9CA3AF"/>
                <w:spacing w:val="54"/>
                <w:sz w:val="13"/>
              </w:rPr>
              <w:t xml:space="preserve">PARTNERS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color w:val="374151"/>
                <w:sz w:val="16"/>
              </w:rPr>
              <w:t xml:space="preserve">[Partner Name]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color w:val="374151"/>
                <w:sz w:val="16"/>
              </w:rPr>
              <w:t xml:space="preserve">[Partner Name]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color w:val="374151"/>
                <w:sz w:val="16"/>
              </w:rPr>
              <w:t xml:space="preserve">[Partner Name]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color w:val="374151"/>
                <w:sz w:val="16"/>
              </w:rPr>
              <w:t xml:space="preserve">[Partner Name]</w:t>
            </w:r>
          </w:p>
          <w:p>
            <w:pPr>
              <w:spacing w:before="0" w:after="90"/>
            </w:pPr>
          </w:p>
          <w:p>
            <w:pPr>
              <w:spacing w:before="0" w:after="40"/>
            </w:pPr>
            <w:r>
              <w:rPr>
                <w:rFonts w:ascii="Calibri" w:hAnsi="Calibri" w:cs="Calibri"/>
                <w:b/>
                <w:color w:val="9CA3AF"/>
                <w:spacing w:val="54"/>
                <w:sz w:val="13"/>
              </w:rPr>
              <w:t xml:space="preserve">OF COUNSEL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color w:val="374151"/>
                <w:sz w:val="16"/>
              </w:rPr>
              <w:t xml:space="preserve">[Hon. Name (Ret.)]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color w:val="374151"/>
                <w:sz w:val="16"/>
              </w:rPr>
              <w:t xml:space="preserve">[Of Counsel Name]</w:t>
            </w:r>
          </w:p>
          <w:p>
            <w:pPr>
              <w:spacing w:before="0" w:after="90"/>
            </w:pPr>
          </w:p>
          <w:p>
            <w:pPr>
              <w:spacing w:before="0" w:after="40"/>
            </w:pPr>
            <w:r>
              <w:rPr>
                <w:rFonts w:ascii="Calibri" w:hAnsi="Calibri" w:cs="Calibri"/>
                <w:b/>
                <w:color w:val="9CA3AF"/>
                <w:spacing w:val="54"/>
                <w:sz w:val="13"/>
              </w:rPr>
              <w:t xml:space="preserve">ASSOCIATES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color w:val="374151"/>
                <w:sz w:val="16"/>
              </w:rPr>
              <w:t xml:space="preserve">[Associate Name]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color w:val="374151"/>
                <w:sz w:val="16"/>
              </w:rPr>
              <w:t xml:space="preserve">[Associate Name]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color w:val="374151"/>
                <w:sz w:val="16"/>
              </w:rPr>
              <w:t xml:space="preserve">[Associate Name]</w:t>
            </w:r>
          </w:p>
          <w:p>
            <w:pPr>
              <w:spacing w:before="0" w:after="90"/>
            </w:pPr>
          </w:p>
          <w:p>
            <w:pPr>
              <w:pBdr>
                <w:top w:val="single" w:sz="4" w:space="6" w:color="D7DBE2"/>
              </w:pBdr>
              <w:spacing w:before="0" w:after="0"/>
            </w:pPr>
            <w:r>
              <w:rPr>
                <w:rFonts w:ascii="Cambria" w:hAnsi="Cambria" w:cs="Cambria"/>
                <w:color w:val="6B7280"/>
                <w:sz w:val="14"/>
              </w:rPr>
              <w:t xml:space="preserve">[City] · [City] · [City]</w:t>
            </w:r>
          </w:p>
        </w:tc>
        <w:tc>
          <w:tcPr>
            <w:tcW w:w="390" w:type="dxa"/>
            <w:vAlign w:val="top"/>
          </w:tcPr>
          <w:p/>
        </w:tc>
        <w:tc>
          <w:tcPr>
            <w:tcW w:w="6270" w:type="dxa"/>
            <w:vAlign w:val="top"/>
          </w:tcPr>
          <w:p>
            <w:pPr>
              <w:tabs>
                <w:tab w:pos="12240" w:val="right"/>
              </w:tabs>
              <w:spacing w:before="0" w:after="260"/>
            </w:pPr>
            <w:r>
              <w:rPr>
                <w:rFonts w:ascii="Cambria" w:hAnsi="Cambria" w:cs="Cambria"/>
                <w:color w:val="6B7280"/>
                <w:sz w:val="22"/>
              </w:rPr>
              <w:t xml:space="preserve">[Date — e.g., July 30, 2026]</w:t>
            </w:r>
            <w:r>
              <w:rPr>
                <w:rFonts w:ascii="Cambria" w:hAnsi="Cambria"/>
                <w:sz w:val="22"/>
              </w:rPr>
              <w:tab/>
            </w:r>
            <w:r>
              <w:rPr>
                <w:rFonts w:ascii="Consolas" w:hAnsi="Consolas" w:cs="Consolas"/>
                <w:color w:val="6B7280"/>
                <w:sz w:val="19"/>
              </w:rPr>
              <w:t xml:space="preserve">File [26-0000-ABC]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color w:val="1F2937"/>
                <w:sz w:val="22"/>
              </w:rPr>
              <w:t xml:space="preserve">[Recipient Name]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color w:val="1F2937"/>
                <w:sz w:val="22"/>
              </w:rPr>
              <w:t xml:space="preserve">[Title]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color w:val="1F2937"/>
                <w:sz w:val="22"/>
              </w:rPr>
              <w:t xml:space="preserve">[Company, LLC]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color w:val="1F2937"/>
                <w:sz w:val="22"/>
              </w:rPr>
              <w:t xml:space="preserve">[Street Address]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color w:val="1F2937"/>
                <w:sz w:val="22"/>
              </w:rPr>
              <w:t xml:space="preserve">[City, State ZIP]</w:t>
            </w:r>
          </w:p>
          <w:p>
            <w:pPr>
              <w:spacing w:before="240" w:after="180"/>
            </w:pPr>
            <w:r>
              <w:rPr>
                <w:rFonts w:ascii="Cambria" w:hAnsi="Cambria" w:cs="Cambria"/>
                <w:b/>
                <w:color w:val="1F2937"/>
                <w:sz w:val="22"/>
              </w:rPr>
              <w:t xml:space="preserve">Re:  [Client Matter] — [Brief Description]</w:t>
            </w:r>
          </w:p>
          <w:p>
            <w:pPr>
              <w:spacing w:before="0" w:after="180"/>
            </w:pPr>
            <w:r>
              <w:rPr>
                <w:rFonts w:ascii="Cambria" w:hAnsi="Cambria" w:cs="Cambria"/>
                <w:color w:val="1F2937"/>
                <w:sz w:val="22"/>
              </w:rPr>
              <w:t xml:space="preserve">Dear [Recipient]:</w:t>
            </w:r>
          </w:p>
          <w:p>
            <w:pPr>
              <w:spacing w:before="0" w:after="200"/>
            </w:pPr>
            <w:r>
              <w:rPr>
                <w:rFonts w:ascii="Cambria" w:hAnsi="Cambria" w:cs="Cambria"/>
                <w:color w:val="1F2937"/>
                <w:sz w:val="22"/>
              </w:rPr>
              <w:t xml:space="preserve">This letter confirms our discussion of [date] regarding the above-referenced matter and sets forth the scope of our engagement. Enclosed please find the executed engagement letter, our current schedule of rates, and a draft of the agreement marked to reflect the revisions we discussed.</w:t>
            </w:r>
          </w:p>
          <w:p>
            <w:pPr>
              <w:spacing w:before="0" w:after="200"/>
            </w:pPr>
            <w:r>
              <w:rPr>
                <w:rFonts w:ascii="Cambria" w:hAnsi="Cambria" w:cs="Cambria"/>
                <w:color w:val="1F2937"/>
                <w:sz w:val="22"/>
              </w:rPr>
              <w:t xml:space="preserve">As we noted, the counterparty's proposed indemnity cap remains materially below market for a transaction of this size. We recommend countering at fifteen percent of the purchase price with a twenty-four month survival period, and we have drafted the relevant section accordingly. We have also flagged three items that will require resolution prior to closing.</w:t>
            </w:r>
          </w:p>
          <w:p>
            <w:pPr>
              <w:spacing w:before="0" w:after="200"/>
            </w:pPr>
            <w:r>
              <w:rPr>
                <w:rFonts w:ascii="Cambria" w:hAnsi="Cambria" w:cs="Cambria"/>
                <w:color w:val="1F2937"/>
                <w:sz w:val="22"/>
              </w:rPr>
              <w:t xml:space="preserve">Please review the enclosed materials and return one executed copy at your convenience. We will circulate a revised draft to opposing counsel upon your authorization.</w:t>
            </w:r>
          </w:p>
          <w:p>
            <w:pPr>
              <w:spacing w:before="200" w:after="520"/>
            </w:pPr>
            <w:r>
              <w:rPr>
                <w:rFonts w:ascii="Cambria" w:hAnsi="Cambria" w:cs="Cambria"/>
                <w:color w:val="1F2937"/>
                <w:sz w:val="22"/>
              </w:rPr>
              <w:t xml:space="preserve">Very truly yours,</w:t>
            </w:r>
          </w:p>
          <w:p>
            <w:pPr>
              <w:spacing w:before="0" w:after="30"/>
            </w:pPr>
            <w:r>
              <w:rPr>
                <w:rFonts w:ascii="Cambria" w:hAnsi="Cambria" w:cs="Cambria"/>
                <w:b/>
                <w:color w:val="1F2937"/>
                <w:sz w:val="22"/>
              </w:rPr>
              <w:t xml:space="preserve">[Your Name]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color w:val="6B7280"/>
                <w:sz w:val="17"/>
              </w:rPr>
              <w:t xml:space="preserve">Partner · Admitted in [State] and [State]</w:t>
            </w:r>
          </w:p>
        </w:tc>
      </w:tr>
    </w:tbl>
    <w:sectPr>
      <w:footerReference w:type="default" r:id="rId10"/>
      <w:pgSz w:w="12240" w:h="15840"/>
      <w:pgMar w:top="810" w:right="0" w:bottom="1560" w:left="0" w:header="720" w:footer="5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8" w:space="6" w:color="12233F"/>
      </w:pBdr>
      <w:spacing w:before="0" w:after="90"/>
      <w:ind w:left="1020" w:right="1020"/>
      <w:jc w:val="center"/>
    </w:pPr>
    <w:r>
      <w:rPr>
        <w:rFonts w:ascii="Cambria" w:hAnsi="Cambria" w:cs="Cambria"/>
        <w:color w:val="374151"/>
        <w:sz w:val="16"/>
      </w:rPr>
      <w:t xml:space="preserve">[Street Address], Suite [000] · [City, State ZIP] · Tel [(212) 555 0140] · Fax [(212) 555 0141] · [firm.com]</w:t>
    </w:r>
  </w:p>
  <w:p>
    <w:pPr>
      <w:spacing w:before="0" w:after="0"/>
      <w:ind w:left="1020" w:right="1020"/>
      <w:jc w:val="center"/>
    </w:pPr>
    <w:r>
      <w:rPr>
        <w:rFonts w:ascii="Calibri" w:hAnsi="Calibri" w:cs="Calibri"/>
        <w:color w:val="6B7280"/>
        <w:spacing w:val="40"/>
        <w:sz w:val="12"/>
      </w:rPr>
      <w:t xml:space="preserve">PRIVILEGED AND CONFIDENTIAL · ATTORNEY–CLIENT COMMUNICATION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