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1050"/>
        <w:gridCol w:w="6255"/>
        <w:gridCol w:w="3075"/>
      </w:tblGrid>
      <w:tr>
        <w:tc>
          <w:tcPr>
            <w:tcW w:w="1050" w:type="dxa"/>
            <w:vAlign w:val="center"/>
          </w:tcPr>
          <w:p>
            <w:pPr>
              <w:spacing w:before="0" w:after="0"/>
            </w:pPr>
            <w:r>
              <w:drawing>
                <wp:inline xmlns:a="http://schemas.openxmlformats.org/drawingml/2006/main" xmlns:pic="http://schemas.openxmlformats.org/drawingml/2006/picture">
                  <wp:extent cx="552450" cy="552450"/>
                  <wp:docPr id="61" name="motion.png"/>
                  <wp:cNvGraphicFramePr>
                    <a:graphicFrameLocks noChangeAspect="1"/>
                  </wp:cNvGraphicFramePr>
                  <a:graphic>
                    <a:graphicData uri="http://schemas.openxmlformats.org/drawingml/2006/picture">
                      <pic:pic>
                        <pic:nvPicPr>
                          <pic:cNvPr id="0" name="motion.png"/>
                          <pic:cNvPicPr/>
                        </pic:nvPicPr>
                        <pic:blipFill>
                          <a:blip r:embed="rId60"/>
                          <a:stretch>
                            <a:fillRect/>
                          </a:stretch>
                        </pic:blipFill>
                        <pic:spPr>
                          <a:xfrm>
                            <a:off x="0" y="0"/>
                            <a:ext cx="552450" cy="552450"/>
                          </a:xfrm>
                          <a:prstGeom prst="rect">
                            <a:avLst/>
                          </a:prstGeom>
                        </pic:spPr>
                      </pic:pic>
                    </a:graphicData>
                  </a:graphic>
                </wp:inline>
              </w:drawing>
            </w:r>
          </w:p>
        </w:tc>
        <w:tc>
          <w:tcPr>
            <w:tcW w:w="6255" w:type="dxa"/>
            <w:vAlign w:val="center"/>
          </w:tcPr>
          <w:p>
            <w:pPr>
              <w:spacing w:before="0" w:after="30"/>
            </w:pPr>
            <w:r>
              <w:rPr>
                <w:rFonts w:ascii="Calibri" w:hAnsi="Calibri" w:cs="Calibri"/>
                <w:b/>
                <w:color w:val="2F5740"/>
                <w:sz w:val="38"/>
              </w:rPr>
              <w:t xml:space="preserve">[Rehabilitation Practice Name]</w:t>
            </w:r>
          </w:p>
          <w:p>
            <w:pPr>
              <w:spacing w:before="0" w:after="0"/>
            </w:pPr>
            <w:r>
              <w:rPr>
                <w:rFonts w:ascii="Calibri" w:hAnsi="Calibri" w:cs="Calibri"/>
                <w:color w:val="5B6472"/>
                <w:sz w:val="15"/>
              </w:rPr>
              <w:t xml:space="preserve">Physical Therapy · Occupational Therapy · Sports Rehabilitation</w:t>
            </w:r>
          </w:p>
        </w:tc>
        <w:tc>
          <w:tcPr>
            <w:tcW w:w="3075" w:type="dxa"/>
            <w:vAlign w:val="center"/>
          </w:tcPr>
          <w:p>
            <w:pPr>
              <w:spacing w:before="0" w:after="20"/>
              <w:jc w:val="right"/>
            </w:pPr>
            <w:r>
              <w:rPr>
                <w:rFonts w:ascii="Calibri" w:hAnsi="Calibri" w:cs="Calibri"/>
                <w:caps w:val="true"/>
                <w:color w:val="5B6472"/>
                <w:spacing w:val="32"/>
                <w:sz w:val="13"/>
              </w:rPr>
              <w:t xml:space="preserve">Scheduling</w:t>
            </w:r>
          </w:p>
          <w:p>
            <w:pPr>
              <w:spacing w:before="0" w:after="0"/>
              <w:jc w:val="right"/>
            </w:pPr>
            <w:r>
              <w:rPr>
                <w:rFonts w:ascii="Calibri" w:hAnsi="Calibri" w:cs="Calibri"/>
                <w:b/>
                <w:color w:val="4A7C59"/>
                <w:sz w:val="24"/>
              </w:rPr>
              <w:t xml:space="preserve">[(000) 000-0000]</w:t>
            </w:r>
          </w:p>
        </w:tc>
      </w:tr>
    </w:tbl>
    <w:p>
      <w:pPr>
        <w:spacing w:before="0" w:after="0"/>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6120"/>
        <w:gridCol w:w="90"/>
        <w:gridCol w:w="2040"/>
        <w:gridCol w:w="90"/>
        <w:gridCol w:w="2040"/>
      </w:tblGrid>
      <w:tr>
        <w:tc>
          <w:tcPr>
            <w:tcW w:w="6120" w:type="dxa"/>
            <w:shd w:val="clear" w:color="auto" w:fill="4A7C59"/>
            <w:vAlign w:val="top"/>
          </w:tcPr>
          <w:p>
            <w:pPr>
              <w:spacing w:before="0" w:after="0" w:line="75" w:lineRule="exact"/>
            </w:pPr>
            <w:r>
              <w:rPr>
                <w:rFonts w:ascii="Calibri" w:hAnsi="Calibri" w:cs="Calibri"/>
                <w:color w:val="1F2937"/>
                <w:sz w:val="2"/>
              </w:rPr>
              <w:t xml:space="preserve"> </w:t>
            </w:r>
          </w:p>
        </w:tc>
        <w:tc>
          <w:tcPr>
            <w:tcW w:w="90" w:type="dxa"/>
            <w:vAlign w:val="top"/>
          </w:tcPr>
          <w:p>
            <w:pPr>
              <w:spacing w:before="0" w:after="0" w:line="75" w:lineRule="exact"/>
            </w:pPr>
          </w:p>
        </w:tc>
        <w:tc>
          <w:tcPr>
            <w:tcW w:w="2040" w:type="dxa"/>
            <w:shd w:val="clear" w:color="auto" w:fill="9DC3A8"/>
            <w:vAlign w:val="top"/>
          </w:tcPr>
          <w:p>
            <w:pPr>
              <w:spacing w:before="0" w:after="0" w:line="75" w:lineRule="exact"/>
            </w:pPr>
            <w:r>
              <w:rPr>
                <w:rFonts w:ascii="Calibri" w:hAnsi="Calibri" w:cs="Calibri"/>
                <w:color w:val="1F2937"/>
                <w:sz w:val="2"/>
              </w:rPr>
              <w:t xml:space="preserve"> </w:t>
            </w:r>
          </w:p>
        </w:tc>
        <w:tc>
          <w:tcPr>
            <w:tcW w:w="90" w:type="dxa"/>
            <w:vAlign w:val="top"/>
          </w:tcPr>
          <w:p>
            <w:pPr>
              <w:spacing w:before="0" w:after="0" w:line="75" w:lineRule="exact"/>
            </w:pPr>
          </w:p>
        </w:tc>
        <w:tc>
          <w:tcPr>
            <w:tcW w:w="2040" w:type="dxa"/>
            <w:shd w:val="clear" w:color="auto" w:fill="C9DFD0"/>
            <w:vAlign w:val="top"/>
          </w:tcPr>
          <w:p>
            <w:pPr>
              <w:spacing w:before="0" w:after="0" w:line="75" w:lineRule="exact"/>
            </w:pPr>
            <w:r>
              <w:rPr>
                <w:rFonts w:ascii="Calibri" w:hAnsi="Calibri" w:cs="Calibri"/>
                <w:color w:val="1F2937"/>
                <w:sz w:val="2"/>
              </w:rPr>
              <w:t xml:space="preserve"> </w:t>
            </w:r>
          </w:p>
        </w:tc>
      </w:tr>
    </w:tbl>
    <w:p>
      <w:pPr>
        <w:spacing w:before="0" w:after="500" w:line="20" w:lineRule="exact"/>
      </w:pPr>
    </w:p>
    <w:p>
      <w:pPr>
        <w:spacing w:before="0" w:after="240"/>
        <w:ind w:left="930" w:right="930"/>
      </w:pPr>
      <w:r>
        <w:rPr>
          <w:rFonts w:ascii="Calibri" w:hAnsi="Calibri" w:cs="Calibri"/>
          <w:color w:val="5B6472"/>
          <w:sz w:val="21"/>
        </w:rPr>
        <w:t xml:space="preserve">[Month DD, YYYY]</w:t>
      </w:r>
    </w:p>
    <w:p>
      <w:pPr>
        <w:spacing w:before="0" w:after="0"/>
        <w:ind w:left="930" w:right="930"/>
      </w:pPr>
      <w:r>
        <w:rPr>
          <w:rFonts w:ascii="Calibri" w:hAnsi="Calibri" w:cs="Calibri"/>
          <w:color w:val="1F2937"/>
          <w:sz w:val="21"/>
        </w:rPr>
        <w:t xml:space="preserve">[Referring Provider Name], [Credentials]</w:t>
      </w:r>
    </w:p>
    <w:p>
      <w:pPr>
        <w:spacing w:before="0" w:after="0"/>
        <w:ind w:left="930" w:right="930"/>
      </w:pPr>
      <w:r>
        <w:rPr>
          <w:rFonts w:ascii="Calibri" w:hAnsi="Calibri" w:cs="Calibri"/>
          <w:color w:val="1F2937"/>
          <w:sz w:val="21"/>
        </w:rPr>
        <w:t xml:space="preserve">[Practice or Clinic Name]</w:t>
      </w:r>
    </w:p>
    <w:p>
      <w:pPr>
        <w:spacing w:before="0" w:after="0"/>
        <w:ind w:left="930" w:right="930"/>
      </w:pPr>
      <w:r>
        <w:rPr>
          <w:rFonts w:ascii="Calibri" w:hAnsi="Calibri" w:cs="Calibri"/>
          <w:color w:val="1F2937"/>
          <w:sz w:val="21"/>
        </w:rPr>
        <w:t xml:space="preserve">[Street Address, Suite 000]</w:t>
      </w:r>
    </w:p>
    <w:p>
      <w:pPr>
        <w:spacing w:before="0" w:after="0"/>
        <w:ind w:left="930" w:right="930"/>
      </w:pPr>
      <w:r>
        <w:rPr>
          <w:rFonts w:ascii="Calibri" w:hAnsi="Calibri" w:cs="Calibri"/>
          <w:color w:val="1F2937"/>
          <w:sz w:val="21"/>
        </w:rPr>
        <w:t xml:space="preserve">[City, ST 00000]</w:t>
      </w:r>
    </w:p>
    <w:p>
      <w:pPr>
        <w:spacing w:before="220" w:after="160"/>
        <w:ind w:left="930" w:right="930"/>
      </w:pPr>
      <w:r>
        <w:rPr>
          <w:rFonts w:ascii="Calibri" w:hAnsi="Calibri" w:cs="Calibri"/>
          <w:color w:val="1F2937"/>
          <w:sz w:val="21"/>
        </w:rPr>
        <w:t xml:space="preserve">Dear Dr. [Last Name]:</w:t>
      </w:r>
    </w:p>
    <w:p>
      <w:pPr>
        <w:spacing w:before="0" w:after="180"/>
        <w:ind w:left="930" w:right="930"/>
      </w:pPr>
      <w:r>
        <w:rPr>
          <w:rFonts w:ascii="Calibri" w:hAnsi="Calibri" w:cs="Calibri"/>
          <w:color w:val="1F2937"/>
          <w:sz w:val="21"/>
        </w:rPr>
        <w:t xml:space="preserve">Thank you for referring [Patient Name] to our service. I had the pleasure of evaluating them on [date] for [presenting concern]. This letter summarizes my findings, the assessment, and the plan of care we discussed together.</w:t>
      </w:r>
    </w:p>
    <w:p>
      <w:pPr>
        <w:spacing w:before="0" w:after="180"/>
        <w:ind w:left="930" w:right="930"/>
      </w:pPr>
      <w:r>
        <w:rPr>
          <w:rFonts w:ascii="Calibri" w:hAnsi="Calibri" w:cs="Calibri"/>
          <w:color w:val="1F2937"/>
          <w:sz w:val="21"/>
        </w:rPr>
        <w:t xml:space="preserve">On examination the patient was in no acute distress, with vital signs within normal limits. Relevant findings included [findings]. We reviewed the outside imaging and laboratory studies you forwarded, which were consistent with [impression]. I have ordered [additional studies] and will forward results as they become available.</w:t>
      </w:r>
    </w:p>
    <w:p>
      <w:pPr>
        <w:spacing w:before="0" w:after="180"/>
        <w:ind w:left="930" w:right="930"/>
      </w:pPr>
      <w:r>
        <w:rPr>
          <w:rFonts w:ascii="Calibri" w:hAnsi="Calibri" w:cs="Calibri"/>
          <w:color w:val="1F2937"/>
          <w:sz w:val="21"/>
        </w:rPr>
        <w:t xml:space="preserve">Our plan is to begin [treatment or intervention] and to reassess in [interval]. I have reviewed the risks, benefits, and alternatives with the patient, who voiced understanding and agreed to proceed. Please do not hesitate to contact me directly if the clinical picture changes in the interim.</w:t>
      </w:r>
    </w:p>
    <w:p>
      <w:pPr>
        <w:spacing w:before="180" w:after="480"/>
        <w:ind w:left="930" w:right="930"/>
      </w:pPr>
      <w:r>
        <w:rPr>
          <w:rFonts w:ascii="Calibri" w:hAnsi="Calibri" w:cs="Calibri"/>
          <w:color w:val="1F2937"/>
          <w:sz w:val="21"/>
        </w:rPr>
        <w:t xml:space="preserve">Sincerely,</w:t>
      </w:r>
    </w:p>
    <w:p>
      <w:pPr>
        <w:spacing w:before="0" w:after="30"/>
        <w:ind w:left="930" w:right="930"/>
      </w:pPr>
      <w:r>
        <w:rPr>
          <w:rFonts w:ascii="Calibri" w:hAnsi="Calibri" w:cs="Calibri"/>
          <w:b/>
          <w:color w:val="1F2937"/>
          <w:sz w:val="21"/>
        </w:rPr>
        <w:t xml:space="preserve">[Your Name], [Credentials]</w:t>
      </w:r>
    </w:p>
    <w:p>
      <w:pPr>
        <w:spacing w:before="0" w:after="0"/>
        <w:ind w:left="930" w:right="930"/>
      </w:pPr>
      <w:r>
        <w:rPr>
          <w:rFonts w:ascii="Calibri" w:hAnsi="Calibri" w:cs="Calibri"/>
          <w:color w:val="5B6472"/>
          <w:sz w:val="17"/>
        </w:rPr>
        <w:t xml:space="preserve">[Title] · [Credentials] · License No. [000.000000]</w:t>
      </w:r>
    </w:p>
    <w:sectPr>
      <w:footerReference w:type="default" r:id="rId10"/>
      <w:pgSz w:w="12240" w:h="15840"/>
      <w:pgMar w:top="675" w:right="0" w:bottom="1500" w:left="0" w:header="720" w:footer="6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single" w:sz="6" w:space="6" w:color="4A7C59"/>
      </w:pBdr>
      <w:spacing w:before="0" w:after="0" w:line="20" w:lineRule="exact"/>
      <w:ind w:left="930" w:right="930"/>
    </w:pP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3460"/>
      <w:gridCol w:w="3460"/>
      <w:gridCol w:w="3460"/>
    </w:tblGrid>
    <w:tr>
      <w:tc>
        <w:tcPr>
          <w:tcW w:w="3460" w:type="dxa"/>
          <w:vAlign w:val="top"/>
        </w:tcPr>
        <w:p>
          <w:pPr>
            <w:spacing w:before="0" w:after="0"/>
            <w:jc w:val="left"/>
          </w:pPr>
          <w:r>
            <w:rPr>
              <w:rFonts w:ascii="Calibri" w:hAnsi="Calibri" w:cs="Calibri"/>
              <w:color w:val="4B5563"/>
              <w:sz w:val="17"/>
            </w:rPr>
            <w:t xml:space="preserve">[Street Address, Suite 000] · [City, ST 00000]</w:t>
          </w:r>
        </w:p>
      </w:tc>
      <w:tc>
        <w:tcPr>
          <w:tcW w:w="3460" w:type="dxa"/>
          <w:vAlign w:val="top"/>
        </w:tcPr>
        <w:p>
          <w:pPr>
            <w:spacing w:before="0" w:after="0"/>
            <w:jc w:val="center"/>
          </w:pPr>
          <w:r>
            <w:rPr>
              <w:rFonts w:ascii="Calibri" w:hAnsi="Calibri" w:cs="Calibri"/>
              <w:color w:val="4B5563"/>
              <w:sz w:val="17"/>
            </w:rPr>
            <w:t xml:space="preserve">Tel [(000) 000-0000] · Fax [(000) 000-0001]</w:t>
          </w:r>
        </w:p>
      </w:tc>
      <w:tc>
        <w:tcPr>
          <w:tcW w:w="3460" w:type="dxa"/>
          <w:vAlign w:val="top"/>
        </w:tcPr>
        <w:p>
          <w:pPr>
            <w:spacing w:before="0" w:after="0"/>
            <w:jc w:val="right"/>
          </w:pPr>
          <w:r>
            <w:rPr>
              <w:rFonts w:ascii="Calibri" w:hAnsi="Calibri" w:cs="Calibri"/>
              <w:color w:val="4B5563"/>
              <w:sz w:val="17"/>
            </w:rPr>
            <w:t xml:space="preserve">[practicewebsite.com]</w:t>
          </w:r>
        </w:p>
      </w:tc>
    </w:tr>
  </w:tbl>
  <w:p>
    <w:pPr>
      <w:spacing w:before="0" w:after="40" w:line="20" w:lineRule="exact"/>
    </w:pPr>
  </w:p>
  <w:p>
    <w:pPr>
      <w:spacing w:before="0" w:after="0"/>
      <w:ind w:left="930" w:right="930"/>
      <w:jc w:val="left"/>
    </w:pPr>
    <w:r>
      <w:rPr>
        <w:rFonts w:ascii="Calibri" w:hAnsi="Calibri" w:cs="Calibri"/>
        <w:caps w:val="true"/>
        <w:color w:val="5B6472"/>
        <w:spacing w:val="24"/>
        <w:sz w:val="13"/>
      </w:rPr>
      <w:t xml:space="preserve">CONFIDENTIAL · CONTAINS PROTECTED HEALTH INFORMATION · [ADD YOUR HIPAA NOTICE]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10" Type="http://schemas.openxmlformats.org/officeDocument/2006/relationships/footer" Target="footer1.xml"/><Relationship Id="rId60" Type="http://schemas.openxmlformats.org/officeDocument/2006/relationships/image" Target="media/motion.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