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DFB"/>
  <w:body>
    <w:p>
      <w:pPr>
        <w:spacing w:before="0" w:after="0"/>
      </w:pPr>
      <w:r>
        <w:rPr>
          <w:rFonts w:ascii="Calibri" w:hAnsi="Calibri" w:cs="Calibri"/>
          <w:color w:val="1F2937"/>
          <w:sz w:val="2"/>
        </w:rPr>
        <w:t xml:space="preserve"> </w:t>
      </w:r>
    </w:p>
    <w:tbl>
      <w:tblPr>
        <w:tblW w:w="9840" w:type="dxa"/>
        <w:tblInd w:w="1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6840"/>
        <w:gridCol w:w="3000"/>
      </w:tblGrid>
      <w:tr>
        <w:tc>
          <w:tcPr>
            <w:tcW w:w="6840" w:type="dxa"/>
            <w:vAlign w:val="bottom"/>
          </w:tcPr>
          <w:p>
            <w:pPr>
              <w:spacing w:before="0" w:after="60"/>
            </w:pPr>
            <w:r>
              <w:rPr>
                <w:rFonts w:ascii="Cambria" w:hAnsi="Cambria" w:cs="Cambria"/>
                <w:b/>
                <w:color w:val="16324F"/>
                <w:sz w:val="50"/>
              </w:rPr>
              <w:t xml:space="preserve">[Your Full Name], [Credentials]</w:t>
            </w:r>
          </w:p>
          <w:p>
            <w:pPr>
              <w:spacing w:before="0" w:after="0"/>
            </w:pPr>
            <w:r>
              <w:rPr>
                <w:rFonts w:ascii="Calibri" w:hAnsi="Calibri" w:cs="Calibri"/>
                <w:caps w:val="true"/>
                <w:color w:val="5B6472"/>
                <w:spacing w:val="52"/>
                <w:sz w:val="14"/>
              </w:rPr>
              <w:t xml:space="preserve">[Specialty] · Board Certified, [Certifying Board]</w:t>
            </w:r>
          </w:p>
        </w:tc>
        <w:tc>
          <w:tcPr>
            <w:tcW w:w="3000" w:type="dxa"/>
            <w:vAlign w:val="bottom"/>
          </w:tcPr>
          <w:p>
            <w:pPr>
              <w:spacing w:before="0" w:after="20"/>
              <w:jc w:val="right"/>
            </w:pPr>
            <w:r>
              <w:rPr>
                <w:rFonts w:ascii="Calibri" w:hAnsi="Calibri" w:cs="Calibri"/>
                <w:caps w:val="true"/>
                <w:color w:val="5B6472"/>
                <w:spacing w:val="32"/>
                <w:sz w:val="13"/>
              </w:rPr>
              <w:t xml:space="preserve">Direct Line</w:t>
            </w:r>
          </w:p>
          <w:p>
            <w:pPr>
              <w:spacing w:before="0" w:after="20"/>
              <w:jc w:val="right"/>
            </w:pPr>
            <w:r>
              <w:rPr>
                <w:rFonts w:ascii="Calibri" w:hAnsi="Calibri" w:cs="Calibri"/>
                <w:b/>
                <w:color w:val="16324F"/>
                <w:sz w:val="22"/>
              </w:rPr>
              <w:t xml:space="preserve">[(000) 000-0000]</w:t>
            </w:r>
          </w:p>
          <w:p>
            <w:pPr>
              <w:spacing w:before="0" w:after="0"/>
              <w:jc w:val="right"/>
            </w:pPr>
            <w:r>
              <w:rPr>
                <w:rFonts w:ascii="Calibri" w:hAnsi="Calibri" w:cs="Calibri"/>
                <w:color w:val="5B6472"/>
                <w:sz w:val="15"/>
              </w:rPr>
              <w:t xml:space="preserve">[you@practice.com]</w:t>
            </w:r>
          </w:p>
        </w:tc>
      </w:tr>
    </w:tbl>
    <w:p>
      <w:pPr>
        <w:pBdr>
          <w:bottom w:val="single" w:sz="8" w:space="4" w:color="16324F"/>
        </w:pBdr>
        <w:spacing w:before="0" w:after="0" w:line="220" w:lineRule="exact"/>
        <w:ind w:left="1200" w:right="1200"/>
      </w:pPr>
    </w:p>
    <w:p>
      <w:pPr>
        <w:pBdr>
          <w:bottom w:val="single" w:sz="4" w:space="2" w:color="16324F"/>
        </w:pBdr>
        <w:spacing w:before="0" w:after="500" w:line="60" w:lineRule="exact"/>
        <w:ind w:left="1200" w:right="1200"/>
      </w:pPr>
    </w:p>
    <w:p>
      <w:pPr>
        <w:tabs>
          <w:tab w:pos="9840" w:val="right"/>
        </w:tabs>
        <w:spacing w:before="0" w:after="240"/>
        <w:ind w:left="1200" w:right="1200"/>
      </w:pPr>
      <w:r>
        <w:rPr>
          <w:rFonts w:ascii="Cambria" w:hAnsi="Cambria" w:cs="Cambria"/>
          <w:color w:val="5B6472"/>
          <w:sz w:val="22"/>
        </w:rPr>
        <w:t xml:space="preserve">[Month DD, YYYY]</w:t>
      </w:r>
      <w:r>
        <w:rPr>
          <w:rFonts w:ascii="Cambria" w:hAnsi="Cambria"/>
          <w:sz w:val="22"/>
        </w:rPr>
        <w:tab/>
      </w:r>
      <w:r>
        <w:rPr>
          <w:rFonts w:ascii="Consolas" w:hAnsi="Consolas" w:cs="Consolas"/>
          <w:color w:val="5B6472"/>
          <w:sz w:val="19"/>
        </w:rPr>
        <w:t xml:space="preserve">[Chart 00000000]</w:t>
      </w:r>
    </w:p>
    <w:p>
      <w:pPr>
        <w:spacing w:before="0" w:after="0"/>
        <w:ind w:left="1200" w:right="1200"/>
      </w:pPr>
      <w:r>
        <w:rPr>
          <w:rFonts w:ascii="Cambria" w:hAnsi="Cambria" w:cs="Cambria"/>
          <w:color w:val="1F2937"/>
          <w:sz w:val="22"/>
        </w:rPr>
        <w:t xml:space="preserve">[Referring Provider Name], [Credentials]</w:t>
      </w:r>
    </w:p>
    <w:p>
      <w:pPr>
        <w:spacing w:before="0" w:after="0"/>
        <w:ind w:left="1200" w:right="1200"/>
      </w:pPr>
      <w:r>
        <w:rPr>
          <w:rFonts w:ascii="Cambria" w:hAnsi="Cambria" w:cs="Cambria"/>
          <w:color w:val="1F2937"/>
          <w:sz w:val="22"/>
        </w:rPr>
        <w:t xml:space="preserve">[Practice or Clinic Name]</w:t>
      </w:r>
    </w:p>
    <w:p>
      <w:pPr>
        <w:spacing w:before="0" w:after="0"/>
        <w:ind w:left="1200" w:right="1200"/>
      </w:pPr>
      <w:r>
        <w:rPr>
          <w:rFonts w:ascii="Cambria" w:hAnsi="Cambria" w:cs="Cambria"/>
          <w:color w:val="1F2937"/>
          <w:sz w:val="22"/>
        </w:rPr>
        <w:t xml:space="preserve">[Street Address, Suite 000]</w:t>
      </w:r>
    </w:p>
    <w:p>
      <w:pPr>
        <w:spacing w:before="0" w:after="0"/>
        <w:ind w:left="1200" w:right="1200"/>
      </w:pPr>
      <w:r>
        <w:rPr>
          <w:rFonts w:ascii="Cambria" w:hAnsi="Cambria" w:cs="Cambria"/>
          <w:color w:val="1F2937"/>
          <w:sz w:val="22"/>
        </w:rPr>
        <w:t xml:space="preserve">[City, ST 00000]</w:t>
      </w:r>
    </w:p>
    <w:p>
      <w:pPr>
        <w:spacing w:before="220" w:after="160"/>
        <w:ind w:left="1200" w:right="1200"/>
      </w:pPr>
      <w:r>
        <w:rPr>
          <w:rFonts w:ascii="Cambria" w:hAnsi="Cambria" w:cs="Cambria"/>
          <w:b/>
          <w:color w:val="1F2937"/>
          <w:sz w:val="22"/>
        </w:rPr>
        <w:t xml:space="preserve">Re:  [Patient Name]  ·  DOB [MM/DD/YYYY]  ·  MRN [00000000]</w:t>
      </w:r>
    </w:p>
    <w:p>
      <w:pPr>
        <w:spacing w:before="0" w:after="160"/>
        <w:ind w:left="1200" w:right="1200"/>
      </w:pPr>
      <w:r>
        <w:rPr>
          <w:rFonts w:ascii="Cambria" w:hAnsi="Cambria" w:cs="Cambria"/>
          <w:color w:val="1F2937"/>
          <w:sz w:val="22"/>
        </w:rPr>
        <w:t xml:space="preserve">Dear Dr. [Last Name]:</w:t>
      </w:r>
    </w:p>
    <w:p>
      <w:pPr>
        <w:spacing w:before="0" w:after="180"/>
        <w:ind w:left="1200" w:right="1200"/>
      </w:pPr>
      <w:r>
        <w:rPr>
          <w:rFonts w:ascii="Cambria" w:hAnsi="Cambria" w:cs="Cambria"/>
          <w:color w:val="1F2937"/>
          <w:sz w:val="22"/>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1200" w:right="1200"/>
      </w:pPr>
      <w:r>
        <w:rPr>
          <w:rFonts w:ascii="Cambria" w:hAnsi="Cambria" w:cs="Cambria"/>
          <w:color w:val="1F2937"/>
          <w:sz w:val="22"/>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1200" w:right="1200"/>
      </w:pPr>
      <w:r>
        <w:rPr>
          <w:rFonts w:ascii="Cambria" w:hAnsi="Cambria" w:cs="Cambria"/>
          <w:color w:val="1F2937"/>
          <w:sz w:val="22"/>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1200" w:right="1200"/>
      </w:pPr>
      <w:r>
        <w:rPr>
          <w:rFonts w:ascii="Cambria" w:hAnsi="Cambria" w:cs="Cambria"/>
          <w:color w:val="1F2937"/>
          <w:sz w:val="22"/>
        </w:rPr>
        <w:t xml:space="preserve">Sincerely,</w:t>
      </w:r>
    </w:p>
    <w:p>
      <w:pPr>
        <w:spacing w:before="0" w:after="30"/>
        <w:ind w:left="1200" w:right="1200"/>
      </w:pPr>
      <w:r>
        <w:rPr>
          <w:rFonts w:ascii="Cambria" w:hAnsi="Cambria" w:cs="Cambria"/>
          <w:b/>
          <w:color w:val="1F2937"/>
          <w:sz w:val="22"/>
        </w:rPr>
        <w:t xml:space="preserve">[Your Name], [Credentials]</w:t>
      </w:r>
    </w:p>
    <w:p>
      <w:pPr>
        <w:spacing w:before="0" w:after="0"/>
        <w:ind w:left="1200" w:right="1200"/>
      </w:pPr>
      <w:r>
        <w:rPr>
          <w:rFonts w:ascii="Cambria" w:hAnsi="Cambria" w:cs="Cambria"/>
          <w:color w:val="5B6472"/>
          <w:sz w:val="17"/>
        </w:rPr>
        <w:t xml:space="preserve">[Specialty] · License No. [000.000000] · NPI [0000000000]</w:t>
      </w:r>
    </w:p>
    <w:sectPr>
      <w:footerReference w:type="default" r:id="rId10"/>
      <w:pgSz w:w="12240" w:h="15840"/>
      <w:pgMar w:top="645" w:right="0" w:bottom="1560" w:left="0" w:header="720" w:footer="70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40" w:type="dxa"/>
      <w:tblInd w:w="1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4920"/>
      <w:gridCol w:w="4920"/>
    </w:tblGrid>
    <w:tr>
      <w:tc>
        <w:tcPr>
          <w:tcW w:w="4920" w:type="dxa"/>
          <w:vAlign w:val="top"/>
        </w:tcPr>
        <w:p>
          <w:pPr>
            <w:spacing w:before="0" w:after="0"/>
          </w:pPr>
          <w:r>
            <w:rPr>
              <w:rFonts w:ascii="Cambria" w:hAnsi="Cambria" w:cs="Cambria"/>
              <w:color w:val="374151"/>
              <w:sz w:val="17"/>
            </w:rPr>
            <w:t xml:space="preserve">[Street Address, Suite 000] · [City, ST 00000]</w:t>
          </w:r>
        </w:p>
      </w:tc>
      <w:tc>
        <w:tcPr>
          <w:tcW w:w="4920" w:type="dxa"/>
          <w:vAlign w:val="top"/>
        </w:tcPr>
        <w:p>
          <w:pPr>
            <w:spacing w:before="0" w:after="0"/>
            <w:jc w:val="right"/>
          </w:pPr>
          <w:r>
            <w:rPr>
              <w:rFonts w:ascii="Cambria" w:hAnsi="Cambria" w:cs="Cambria"/>
              <w:color w:val="374151"/>
              <w:sz w:val="17"/>
            </w:rPr>
            <w:t xml:space="preserve">[practicewebsite.com]</w:t>
          </w:r>
        </w:p>
      </w:tc>
    </w:tr>
  </w:tbl>
  <w:p>
    <w:pPr>
      <w:pBdr>
        <w:top w:val="single" w:sz="4" w:space="6" w:color="B9BFC8"/>
      </w:pBdr>
      <w:spacing w:before="0" w:after="60" w:line="20" w:lineRule="exact"/>
      <w:ind w:left="1200" w:right="1200"/>
    </w:pPr>
  </w:p>
  <w:p>
    <w:pPr>
      <w:spacing w:before="0" w:after="0"/>
      <w:ind w:left="1200" w:right="120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