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rPr>
          <w:rFonts w:ascii="Cambria" w:hAnsi="Cambria" w:cs="Cambria" w:eastAsia="Cambria"/>
          <w:color w:val="0A2540"/>
          <w:sz w:val="56"/>
          <w:spacing w:val="40"/>
        </w:rPr>
        <w:t>[YOUR COMPANY NAME]</w:t>
      </w:r>
    </w:p>
    <w:p>
      <w:pPr>
        <w:spacing w:after="120"/>
        <w:ind w:left="2268" w:right="2268"/>
        <w:jc w:val="center"/>
        <w:pBdr>
          <w:bottom w:val="single" w:sz="4" w:space="4" w:color="1E3A5F"/>
        </w:pBdr>
      </w:pPr>
      <w:r>
        <w:rPr>
          <w:sz w:val="2"/>
        </w:rPr>
        <w:t xml:space="preserve"> </w:t>
      </w:r>
    </w:p>
    <w:p>
      <w:pPr>
        <w:spacing w:after="640"/>
        <w:jc w:val="center"/>
      </w:pPr>
      <w:r>
        <w:rPr>
          <w:rFonts w:ascii="Cambria" w:hAnsi="Cambria" w:cs="Cambria" w:eastAsia="Cambria"/>
          <w:color w:val="6B7280"/>
          <w:sz w:val="20"/>
          <w:smallCaps w:val="true"/>
          <w:spacing w:val="48"/>
        </w:rPr>
        <w:t>[Street Address]  ·  [City, State]  ·  [(555) 123-4567]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587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