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8504" w:val="right" w:leader="dot"/>
        </w:tabs>
        <w:spacing w:after="160"/>
      </w:pPr>
      <w:r>
        <w:rPr>
          <w:rFonts w:ascii="Calibri" w:hAnsi="Calibri" w:cs="Calibri" w:eastAsia="Calibri"/>
          <w:color w:val="6B7280"/>
          <w:sz w:val="18"/>
          <w:smallCaps w:val="true"/>
          <w:spacing w:val="48"/>
        </w:rPr>
        <w:t>EST. [YEAR] · [CITY]</w:t>
      </w:r>
      <w:r>
        <w:rPr>
          <w:rFonts w:ascii="Calibri" w:hAnsi="Calibri" w:cs="Calibri" w:eastAsia="Calibri"/>
          <w:sz w:val="18"/>
        </w:rPr>
        <w:tab/>
      </w:r>
      <w:r>
        <w:rPr>
          <w:rFonts w:ascii="Calibri" w:hAnsi="Calibri" w:cs="Calibri" w:eastAsia="Calibri"/>
          <w:color w:val="6B7280"/>
          <w:sz w:val="18"/>
        </w:rPr>
        <w:t>[Volume / Issue]</w:t>
      </w:r>
    </w:p>
    <w:p>
      <w:pPr>
        <w:spacing w:after="480"/>
      </w:pPr>
      <w:r>
        <w:rPr>
          <w:rFonts w:ascii="Cambria" w:hAnsi="Cambria" w:cs="Cambria" w:eastAsia="Cambria"/>
          <w:i/>
          <w:color w:val="0A2540"/>
          <w:sz w:val="96"/>
        </w:rPr>
        <w:t>[Your Company]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474" w:right="2268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