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template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041"/>
        <w:gridCol w:w="7597"/>
      </w:tblGrid>
      <w:tr>
        <w:tc>
          <w:tcPr>
            <w:tcW w:type="dxa" w:w="470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jc w:val="left"/>
            </w:pPr>
            <w:r>
              <w:drawing>
                <wp:inline xmlns:a="http://schemas.openxmlformats.org/drawingml/2006/main" xmlns:pic="http://schemas.openxmlformats.org/drawingml/2006/picture">
                  <wp:extent cx="1280160" cy="658368"/>
                  <wp:docPr id="1" name="Picture 1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geometric-2.png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160" cy="658368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type="dxa" w:w="4703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spacing w:before="240"/>
            </w:pPr>
            <w:r>
              <w:rPr>
                <w:rFonts w:ascii="Calibri" w:hAnsi="Calibri" w:cs="Calibri" w:eastAsia="Calibri"/>
                <w:b/>
                <w:color w:val="0A2540"/>
                <w:sz w:val="36"/>
                <w:spacing w:val="-4"/>
              </w:rPr>
              <w:t>[YOUR COMPANY NAME]</w:t>
            </w:r>
          </w:p>
        </w:tc>
      </w:tr>
    </w:tbl>
    <w:p>
      <w:pPr>
        <w:spacing w:after="880"/>
      </w:pPr>
    </w:p>
    <w:p>
      <w:pPr>
        <w:spacing w:after="100"/>
      </w:pPr>
      <w:r>
        <w:rPr>
          <w:rFonts w:ascii="Calibri" w:hAnsi="Calibri" w:cs="Calibri" w:eastAsia="Calibri"/>
          <w:color w:val="6B7280"/>
          <w:sz w:val="22"/>
        </w:rPr>
        <w:t>[Date — e.g., April 26, 2026]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[Recipient Name]</w:t>
      </w:r>
    </w:p>
    <w:p>
      <w:pPr>
        <w:spacing w:after="0"/>
      </w:pPr>
      <w:r>
        <w:rPr>
          <w:rFonts w:ascii="Calibri" w:hAnsi="Calibri" w:cs="Calibri" w:eastAsia="Calibri"/>
          <w:color w:val="0A2540"/>
          <w:sz w:val="22"/>
        </w:rPr>
        <w:t xml:space="preserve">[Street Address]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 xml:space="preserve">[City, ST 00000]</w:t>
      </w:r>
    </w:p>
    <w:p>
      <w:pPr>
        <w:spacing w:after="240"/>
      </w:pPr>
      <w:r>
        <w:rPr>
          <w:rFonts w:ascii="Calibri" w:hAnsi="Calibri" w:cs="Calibri" w:eastAsia="Calibri"/>
          <w:color w:val="0A2540"/>
          <w:sz w:val="22"/>
        </w:rPr>
        <w:t>Dear [Recipient],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Thank you for taking the time to meet last week. As discussed, I have prepared the enclosed materials for your review and have outlined below the next steps and approximate timeline for the engagement.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Please review the documents at your convenience and feel free to call or write with any questions. I will follow up by phone next Tuesday to confirm next steps.</w:t>
      </w:r>
    </w:p>
    <w:p>
      <w:pPr>
        <w:spacing w:after="280"/>
        <w:ind w:firstLine="360"/>
      </w:pPr>
      <w:r>
        <w:rPr>
          <w:rFonts w:ascii="Calibri" w:hAnsi="Calibri" w:cs="Calibri" w:eastAsia="Calibri"/>
          <w:color w:val="0A2540"/>
          <w:sz w:val="22"/>
        </w:rPr>
        <w:t xml:space="preserve">I appreciate the opportunity to be of service and look forward to continuing our work together.</w:t>
      </w:r>
    </w:p>
    <w:p>
      <w:pPr>
        <w:spacing w:after="480"/>
      </w:pPr>
      <w:r>
        <w:rPr>
          <w:rFonts w:ascii="Calibri" w:hAnsi="Calibri" w:cs="Calibri" w:eastAsia="Calibri"/>
          <w:color w:val="0A2540"/>
          <w:sz w:val="22"/>
        </w:rPr>
        <w:t>Sincerely,</w:t>
      </w:r>
    </w:p>
    <w:p>
      <w:pPr>
        <w:spacing w:after="0"/>
      </w:pPr>
      <w:r>
        <w:rPr>
          <w:rFonts w:ascii="Calibri" w:hAnsi="Calibri" w:cs="Calibri" w:eastAsia="Calibri"/>
          <w:i/>
          <w:color w:val="0A2540"/>
          <w:sz w:val="28"/>
        </w:rPr>
        <w:t>[Your Name]</w:t>
      </w:r>
    </w:p>
    <w:p>
      <w:pPr>
        <w:spacing w:after="360"/>
      </w:pP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3231"/>
        <w:gridCol w:w="3231"/>
        <w:gridCol w:w="3231"/>
      </w:tblGrid>
      <w:tr>
        <w:tc>
          <w:tcPr>
            <w:tcW w:type="dxa" w:w="3135"/>
            <w:tcBorders>
              <w:top w:val="single" w:sz="4" w:color="E5E5E5"/>
              <w:left w:val="nil"/>
              <w:bottom w:val="nil"/>
              <w:right w:val="nil"/>
              <w:insideH w:val="nil"/>
              <w:insideV w:val="nil"/>
            </w:tcBorders>
          </w:tcPr>
          <w:p>
            <w:r>
              <w:rPr>
                <w:rFonts w:ascii="Calibri" w:hAnsi="Calibri" w:cs="Calibri" w:eastAsia="Calibri"/>
                <w:b/>
                <w:color w:val="A3A3A3"/>
                <w:sz w:val="17"/>
                <w:spacing w:val="48"/>
              </w:rPr>
              <w:t>OFFICE</w:t>
            </w:r>
          </w:p>
        </w:tc>
        <w:tc>
          <w:tcPr>
            <w:tcW w:type="dxa" w:w="3135"/>
            <w:tcBorders>
              <w:top w:val="single" w:sz="4" w:color="E5E5E5"/>
              <w:left w:val="nil"/>
              <w:bottom w:val="nil"/>
              <w:right w:val="nil"/>
              <w:insideH w:val="nil"/>
              <w:insideV w:val="nil"/>
            </w:tcBorders>
          </w:tcPr>
          <w:p>
            <w:r>
              <w:rPr>
                <w:rFonts w:ascii="Calibri" w:hAnsi="Calibri" w:cs="Calibri" w:eastAsia="Calibri"/>
                <w:b/>
                <w:color w:val="A3A3A3"/>
                <w:sz w:val="17"/>
                <w:spacing w:val="48"/>
              </w:rPr>
              <w:t>CONTACT</w:t>
            </w:r>
          </w:p>
        </w:tc>
        <w:tc>
          <w:tcPr>
            <w:tcW w:type="dxa" w:w="3135"/>
            <w:tcBorders>
              <w:top w:val="single" w:sz="4" w:color="E5E5E5"/>
              <w:left w:val="nil"/>
              <w:bottom w:val="nil"/>
              <w:right w:val="nil"/>
              <w:insideH w:val="nil"/>
              <w:insideV w:val="nil"/>
            </w:tcBorders>
          </w:tcPr>
          <w:p>
            <w:r>
              <w:rPr>
                <w:rFonts w:ascii="Calibri" w:hAnsi="Calibri" w:cs="Calibri" w:eastAsia="Calibri"/>
                <w:b/>
                <w:color w:val="A3A3A3"/>
                <w:sz w:val="17"/>
                <w:spacing w:val="48"/>
              </w:rPr>
              <w:t>WEB</w:t>
            </w:r>
          </w:p>
        </w:tc>
      </w:tr>
      <w:tr>
        <w:tc>
          <w:tcPr>
            <w:tcW w:type="dxa" w:w="3135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spacing w:before="80"/>
            </w:pPr>
            <w:r>
              <w:rPr>
                <w:rFonts w:ascii="Calibri" w:hAnsi="Calibri" w:cs="Calibri" w:eastAsia="Calibri"/>
                <w:color w:val="1F2937"/>
                <w:sz w:val="20"/>
              </w:rPr>
              <w:t>[Street Address]</w:t>
              <w:br/>
              <w:t>[City, State ZIP]</w:t>
            </w:r>
          </w:p>
        </w:tc>
        <w:tc>
          <w:tcPr>
            <w:tcW w:type="dxa" w:w="3135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spacing w:before="80"/>
            </w:pPr>
            <w:r>
              <w:rPr>
                <w:rFonts w:ascii="Calibri" w:hAnsi="Calibri" w:cs="Calibri" w:eastAsia="Calibri"/>
                <w:color w:val="1F2937"/>
                <w:sz w:val="20"/>
              </w:rPr>
              <w:t>[(555) 123-4567]</w:t>
              <w:br/>
              <w:t>[hello@example.com]</w:t>
            </w:r>
          </w:p>
        </w:tc>
        <w:tc>
          <w:tcPr>
            <w:tcW w:type="dxa" w:w="3135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</w:tcPr>
          <w:p>
            <w:pPr>
              <w:spacing w:before="80"/>
            </w:pPr>
            <w:r>
              <w:rPr>
                <w:rFonts w:ascii="Calibri" w:hAnsi="Calibri" w:cs="Calibri" w:eastAsia="Calibri"/>
                <w:color w:val="1F2937"/>
                <w:sz w:val="20"/>
              </w:rPr>
              <w:t>[www.example.com]</w:t>
            </w:r>
          </w:p>
        </w:tc>
      </w:tr>
    </w:tbl>
    <w:sectPr w:rsidR="00FC693F" w:rsidRPr="0006063C" w:rsidSect="00034616">
      <w:pgSz w:w="12240" w:h="15840"/>
      <w:pgMar w:top="1417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