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pos="9071" w:val="right"/>
        </w:tabs>
        <w:spacing w:after="0"/>
      </w:pPr>
      <w:r>
        <w:rPr>
          <w:rFonts w:ascii="Calibri" w:hAnsi="Calibri" w:cs="Calibri" w:eastAsia="Calibri"/>
          <w:b/>
          <w:color w:val="0A2540"/>
          <w:sz w:val="44"/>
          <w:spacing w:val="-8"/>
        </w:rPr>
        <w:t>[YOUR COMPANY NAME]</w:t>
      </w:r>
      <w:r>
        <w:rPr>
          <w:rFonts w:ascii="Calibri" w:hAnsi="Calibri" w:cs="Calibri" w:eastAsia="Calibri"/>
          <w:sz w:val="20"/>
        </w:rPr>
        <w:tab/>
      </w:r>
      <w:r>
        <w:rPr>
          <w:rFonts w:ascii="Calibri" w:hAnsi="Calibri" w:cs="Calibri" w:eastAsia="Calibri"/>
          <w:color w:val="6B7280"/>
          <w:sz w:val="18"/>
          <w:spacing w:val="8"/>
        </w:rPr>
        <w:t>[Street]  ·  [City]  ·  [Phone]</w:t>
      </w:r>
    </w:p>
    <w:p>
      <w:pPr>
        <w:spacing w:after="560"/>
        <w:pBdr>
          <w:bottom w:val="single" w:sz="4" w:space="4" w:color="0A2540"/>
        </w:pBdr>
      </w:pPr>
      <w:r>
        <w:rPr>
          <w:sz w:val="2"/>
        </w:rPr>
        <w:t xml:space="preserve"> 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361" w:right="1361" w:bottom="1134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