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60" w:after="120"/>
        <w:ind w:left="-3175" w:right="1474"/>
      </w:pPr>
      <w:r>
        <w:rPr>
          <w:rFonts w:ascii="Calibri" w:hAnsi="Calibri" w:cs="Calibri" w:eastAsia="Calibri"/>
          <w:b/>
          <w:color w:val="FFFFFF"/>
          <w:sz w:val="36"/>
          <w:spacing w:val="8"/>
        </w:rPr>
        <w:t>[YOUR</w:t>
        <w:br/>
        <w:t>COMPANY]</w:t>
      </w:r>
    </w:p>
    <w:p>
      <w:pPr>
        <w:spacing w:after="120"/>
        <w:ind w:left="-3175" w:right="3969"/>
        <w:pBdr>
          <w:bottom w:val="single" w:sz="4" w:space="4" w:color="FFFFFF"/>
        </w:pBdr>
      </w:pPr>
      <w:r>
        <w:rPr>
          <w:sz w:val="2"/>
        </w:rPr>
        <w:t xml:space="preserve"> </w:t>
      </w:r>
    </w:p>
    <w:p>
      <w:pPr>
        <w:spacing w:after="360"/>
        <w:ind w:left="-3175" w:right="1474"/>
      </w:pPr>
      <w:r>
        <w:rPr>
          <w:rFonts w:ascii="Calibri" w:hAnsi="Calibri" w:cs="Calibri" w:eastAsia="Calibri"/>
          <w:color w:val="C9D4DF"/>
          <w:sz w:val="20"/>
        </w:rPr>
        <w:t>[Tagline · Sub-title]</w:t>
      </w:r>
    </w:p>
    <w:p>
      <w:pPr>
        <w:spacing w:after="40"/>
        <w:ind w:left="-3175"/>
      </w:pPr>
      <w:r>
        <w:rPr>
          <w:rFonts w:ascii="Calibri" w:hAnsi="Calibri" w:cs="Calibri" w:eastAsia="Calibri"/>
          <w:b/>
          <w:color w:val="9CB3CC"/>
          <w:sz w:val="16"/>
          <w:spacing w:val="48"/>
        </w:rPr>
        <w:t>CONTACT</w:t>
      </w:r>
    </w:p>
    <w:p>
      <w:pPr>
        <w:spacing w:after="400"/>
        <w:ind w:left="-3175" w:right="1474"/>
      </w:pPr>
      <w:r>
        <w:rPr>
          <w:rFonts w:ascii="Calibri" w:hAnsi="Calibri" w:cs="Calibri" w:eastAsia="Calibri"/>
          <w:color w:val="D5DEE8"/>
          <w:sz w:val="18"/>
        </w:rPr>
        <w:t>[Street Address]</w:t>
        <w:br/>
        <w:t>[City, State ZIP]</w:t>
        <w:br/>
        <w:br/>
        <w:t>[(555) 123-4567]</w:t>
        <w:br/>
        <w:t>[hello@example.com]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headerReference w:type="default" r:id="rId9"/>
      <w:pgSz w:w="12240" w:h="15840"/>
      <w:pgMar w:top="907" w:right="1134" w:bottom="1134" w:left="37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sz w:val="2"/>
      </w:rPr>
      <w:t xml:space="preserve"> </w:t>
    </w:r>
  </w:p>
  <w:p>
    <w:r>
      <w:rPr/>
      <w:drawing>
        <wp:anchor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distT="0" distB="0" distL="0" distR="0" simplePos="0" relativeHeight="1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828800" cy="10058400"/>
          <wp:effectExtent l="0" t="0" r="0" b="0"/>
          <wp:wrapNone/>
          <wp:docPr id="60885" name="Img60885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0885" name="Img60885"/>
                  <pic:cNvPicPr/>
                </pic:nvPicPr>
                <pic:blipFill>
                  <a:blip r:embed="rIdsb04"/>
                  <a:stretch>
                    <a:fillRect/>
                  </a:stretch>
                </pic:blipFill>
                <pic:spPr>
                  <a:xfrm>
                    <a:off x="0" y="0"/>
                    <a:ext cx="1828800" cy="10058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sb04" Type="http://schemas.openxmlformats.org/officeDocument/2006/relationships/image" Target="media/sidebar-rec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