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  <w:jc w:val="center"/>
      </w:pPr>
      <w:r>
        <w:drawing>
          <wp:inline xmlns:a="http://schemas.openxmlformats.org/drawingml/2006/main" xmlns:pic="http://schemas.openxmlformats.org/drawingml/2006/picture">
            <wp:extent cx="822960" cy="92583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nes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9258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60"/>
        <w:jc w:val="center"/>
      </w:pPr>
      <w:r>
        <w:rPr>
          <w:rFonts w:ascii="Cambria" w:hAnsi="Cambria" w:cs="Cambria" w:eastAsia="Cambria"/>
          <w:b/>
          <w:color w:val="6B5A3C"/>
          <w:sz w:val="20"/>
          <w:smallCaps w:val="true"/>
          <w:spacing w:val="84"/>
        </w:rPr>
        <w:t>From the Cabin at [Place]</w:t>
      </w:r>
    </w:p>
    <w:p>
      <w:pPr>
        <w:spacing w:after="480"/>
        <w:jc w:val="center"/>
      </w:pPr>
      <w:r>
        <w:rPr>
          <w:rFonts w:ascii="Cambria" w:hAnsi="Cambria" w:cs="Cambria" w:eastAsia="Cambria"/>
          <w:i/>
          <w:color w:val="2C3E34"/>
          <w:sz w:val="72"/>
        </w:rPr>
        <w:t>[Your Name]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2C3E34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2C3E34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2C3E34"/>
          <w:sz w:val="22"/>
        </w:rPr>
        <w:t xml:space="preserve">[City, ST 00000]</w:t>
      </w:r>
    </w:p>
    <w:p>
      <w:pPr>
        <w:spacing w:after="280"/>
      </w:pPr>
      <w:r>
        <w:rPr>
          <w:rFonts w:ascii="Cambria" w:hAnsi="Cambria" w:cs="Cambria" w:eastAsia="Cambria"/>
          <w:color w:val="2C3E34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2C3E34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2C3E34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2C3E34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2C3E34"/>
          <w:sz w:val="22"/>
        </w:rPr>
        <w:t>With love,</w:t>
      </w:r>
    </w:p>
    <w:p>
      <w:pPr>
        <w:spacing w:after="0"/>
      </w:pPr>
      <w:r>
        <w:rPr>
          <w:rFonts w:ascii="Cambria" w:hAnsi="Cambria" w:cs="Cambria" w:eastAsia="Cambria"/>
          <w:i/>
          <w:color w:val="2C3E34"/>
          <w:sz w:val="44"/>
        </w:rPr>
        <w:t>[Your Name]</w:t>
      </w:r>
    </w:p>
    <w:p>
      <w:pPr>
        <w:spacing w:before="400"/>
        <w:jc w:val="center"/>
      </w:pPr>
      <w:r>
        <w:rPr>
          <w:rFonts w:ascii="Cambria" w:hAnsi="Cambria" w:cs="Cambria" w:eastAsia="Cambria"/>
          <w:i/>
          <w:color w:val="2C3E34"/>
          <w:sz w:val="28"/>
        </w:rPr>
        <w:t>[Route] · [Place], [State] · in summer only</w:t>
      </w:r>
    </w:p>
    <w:sectPr w:rsidR="00FC693F" w:rsidRPr="0006063C" w:rsidSect="00034616">
      <w:pgSz w:w="12240" w:h="15840"/>
      <w:pgMar w:top="1361" w:right="2268" w:bottom="1361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