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mbria" w:hAnsi="Cambria" w:cs="Cambria" w:eastAsia="Cambria"/>
          <w:i/>
          <w:color w:val="6B7280"/>
          <w:sz w:val="28"/>
        </w:rPr>
        <w:t>From the desk of</w:t>
      </w:r>
    </w:p>
    <w:p>
      <w:pPr>
        <w:spacing w:after="160"/>
      </w:pPr>
      <w:r>
        <w:rPr>
          <w:rFonts w:ascii="Cambria" w:hAnsi="Cambria" w:cs="Cambria" w:eastAsia="Cambria"/>
          <w:color w:val="1F2937"/>
          <w:sz w:val="84"/>
        </w:rPr>
        <w:t>[Your Name]</w:t>
      </w:r>
    </w:p>
    <w:p>
      <w:pPr>
        <w:spacing w:after="800"/>
        <w:ind w:right="5386"/>
        <w:pBdr>
          <w:bottom w:val="single" w:sz="8" w:space="4" w:color="1F2937"/>
        </w:pBdr>
      </w:pPr>
      <w:r>
        <w:rPr>
          <w:sz w:val="2"/>
        </w:rPr>
        <w:t xml:space="preserve"> 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1F2937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1F2937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1F2937"/>
          <w:sz w:val="22"/>
        </w:rPr>
        <w:t xml:space="preserve">[City, ST 00000]</w:t>
      </w:r>
    </w:p>
    <w:p>
      <w:pPr>
        <w:spacing w:after="280"/>
      </w:pPr>
      <w:r>
        <w:rPr>
          <w:rFonts w:ascii="Cambria" w:hAnsi="Cambria" w:cs="Cambria" w:eastAsia="Cambria"/>
          <w:color w:val="1F2937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F2937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F2937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F2937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1F2937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1F2937"/>
          <w:sz w:val="40"/>
        </w:rPr>
        <w:t>[Your Name]</w:t>
      </w:r>
    </w:p>
    <w:sectPr w:rsidR="00FC693F" w:rsidRPr="0006063C" w:rsidSect="00034616">
      <w:pgSz w:w="12240" w:h="15840"/>
      <w:pgMar w:top="1417" w:right="1587" w:bottom="113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