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Calibri" w:hAnsi="Calibri" w:cs="Calibri" w:eastAsia="Calibri"/>
          <w:b/>
          <w:color w:val="9B432B"/>
          <w:sz w:val="20"/>
          <w:spacing w:val="100"/>
        </w:rPr>
        <w:t>PERSONAL</w:t>
      </w:r>
    </w:p>
    <w:p>
      <w:pPr>
        <w:spacing w:after="0"/>
      </w:pPr>
      <w:r>
        <w:rPr>
          <w:rFonts w:ascii="Calibri" w:hAnsi="Calibri" w:cs="Calibri" w:eastAsia="Calibri"/>
          <w:b/>
          <w:color w:val="0F172A"/>
          <w:sz w:val="124"/>
        </w:rPr>
        <w:t>[Your First Name]</w:t>
      </w:r>
    </w:p>
    <w:p>
      <w:pPr>
        <w:spacing w:after="280"/>
      </w:pPr>
      <w:r>
        <w:rPr>
          <w:rFonts w:ascii="Calibri" w:hAnsi="Calibri" w:cs="Calibri" w:eastAsia="Calibri"/>
          <w:b/>
          <w:color w:val="0F172A"/>
          <w:sz w:val="124"/>
        </w:rPr>
        <w:t>[Last Name].</w:t>
      </w:r>
    </w:p>
    <w:p>
      <w:pPr>
        <w:spacing w:after="560"/>
        <w:ind w:right="7370"/>
        <w:pBdr>
          <w:bottom w:val="single" w:sz="24" w:space="4" w:color="9B432B"/>
        </w:pBdr>
      </w:pPr>
      <w:r>
        <w:rPr>
          <w:sz w:val="2"/>
        </w:rPr>
        <w:t xml:space="preserve"> 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F172A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F172A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F172A"/>
          <w:sz w:val="22"/>
        </w:rPr>
        <w:t xml:space="preserve">[City, ST 00000]</w:t>
      </w:r>
    </w:p>
    <w:p>
      <w:pPr>
        <w:spacing w:after="280"/>
      </w:pPr>
      <w:r>
        <w:rPr>
          <w:rFonts w:ascii="Calibri" w:hAnsi="Calibri" w:cs="Calibri" w:eastAsia="Calibri"/>
          <w:color w:val="0F172A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F17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F17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F17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F172A"/>
          <w:sz w:val="22"/>
        </w:rPr>
        <w:t>Best,</w:t>
      </w:r>
    </w:p>
    <w:p>
      <w:pPr>
        <w:spacing w:after="0"/>
      </w:pPr>
      <w:r>
        <w:rPr>
          <w:rFonts w:ascii="Calibri" w:hAnsi="Calibri" w:cs="Calibri" w:eastAsia="Calibri"/>
          <w:i/>
          <w:color w:val="0F172A"/>
          <w:sz w:val="40"/>
        </w:rPr>
        <w:t>[Your Name]</w:t>
      </w:r>
    </w:p>
    <w:p>
      <w:pPr>
        <w:spacing w:before="400"/>
        <w:pBdr>
          <w:bottom w:val="single" w:sz="4" w:space="4" w:color="E5E7EB"/>
        </w:pBdr>
      </w:pPr>
      <w:r>
        <w:rPr>
          <w:sz w:val="2"/>
        </w:rPr>
        <w:t xml:space="preserve"> </w:t>
      </w:r>
    </w:p>
    <w:p>
      <w:pPr>
        <w:tabs>
          <w:tab w:pos="9071" w:val="right"/>
        </w:tabs>
      </w:pPr>
      <w:r>
        <w:rPr>
          <w:rFonts w:ascii="Calibri" w:hAnsi="Calibri" w:cs="Calibri" w:eastAsia="Calibri"/>
          <w:color w:val="4B5563"/>
          <w:sz w:val="20"/>
        </w:rPr>
        <w:t>[Street Address]  ·  [City]</w:t>
      </w:r>
      <w:r>
        <w:rPr>
          <w:rFonts w:ascii="Calibri" w:hAnsi="Calibri" w:cs="Calibri" w:eastAsia="Calibri"/>
          <w:sz w:val="20"/>
        </w:rPr>
        <w:tab/>
      </w:r>
      <w:r>
        <w:rPr>
          <w:rFonts w:ascii="Calibri" w:hAnsi="Calibri" w:cs="Calibri" w:eastAsia="Calibri"/>
          <w:color w:val="4B5563"/>
          <w:sz w:val="20"/>
        </w:rPr>
        <w:t>[email@example.com]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