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80"/>
        <w:jc w:val="center"/>
      </w:pPr>
      <w:r>
        <w:rPr>
          <w:rFonts w:ascii="Cambria" w:hAnsi="Cambria" w:cs="Cambria" w:eastAsia="Cambria"/>
          <w:b/>
          <w:color w:val="9B432B"/>
          <w:sz w:val="20"/>
          <w:smallCaps w:val="true"/>
          <w:spacing w:val="100"/>
        </w:rPr>
        <w:t>Established [Year]</w:t>
      </w:r>
    </w:p>
    <w:p>
      <w:pPr>
        <w:spacing w:after="200"/>
        <w:jc w:val="center"/>
      </w:pPr>
      <w:r>
        <w:rPr>
          <w:rFonts w:ascii="Cambria" w:hAnsi="Cambria" w:cs="Cambria" w:eastAsia="Cambria"/>
          <w:i/>
          <w:color w:val="3A2A1A"/>
          <w:sz w:val="76"/>
        </w:rPr>
        <w:t>Mr. &amp; Mrs. [Family Name]</w:t>
      </w:r>
    </w:p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2194560" cy="1097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amond-divi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097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80"/>
        <w:jc w:val="center"/>
      </w:pPr>
      <w:r>
        <w:rPr>
          <w:rFonts w:ascii="Cambria" w:hAnsi="Cambria" w:cs="Cambria" w:eastAsia="Cambria"/>
          <w:color w:val="3A2A1A"/>
          <w:sz w:val="22"/>
          <w:smallCaps w:val="true"/>
          <w:spacing w:val="68"/>
        </w:rPr>
        <w:t>[Street Address]  ·  [City, State]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3A2A1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3A2A1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3A2A1A"/>
          <w:sz w:val="22"/>
        </w:rPr>
        <w:t xml:space="preserve">[City, ST 00000]</w:t>
      </w:r>
    </w:p>
    <w:p>
      <w:pPr>
        <w:spacing w:after="280"/>
      </w:pPr>
      <w:r>
        <w:rPr>
          <w:rFonts w:ascii="Cambria" w:hAnsi="Cambria" w:cs="Cambria" w:eastAsia="Cambria"/>
          <w:color w:val="3A2A1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3A2A1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3A2A1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3A2A1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3A2A1A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3A2A1A"/>
          <w:sz w:val="44"/>
        </w:rPr>
        <w:t>[Your Name]</w:t>
      </w:r>
    </w:p>
    <w:sectPr w:rsidR="00FC693F" w:rsidRPr="0006063C" w:rsidSect="00034616">
      <w:pgSz w:w="12240" w:h="15840"/>
      <w:pgMar w:top="147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