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  <w:jc w:val="center"/>
      </w:pPr>
      <w:r>
        <w:rPr>
          <w:rFonts w:ascii="Cambria" w:hAnsi="Cambria" w:cs="Cambria" w:eastAsia="Cambria"/>
          <w:b/>
          <w:color w:val="111827"/>
          <w:sz w:val="60"/>
        </w:rPr>
        <w:t>[Your Full Name]</w:t>
      </w:r>
    </w:p>
    <w:p>
      <w:pPr>
        <w:spacing w:after="880"/>
        <w:jc w:val="center"/>
      </w:pPr>
      <w:r>
        <w:rPr>
          <w:rFonts w:ascii="Cambria" w:hAnsi="Cambria" w:cs="Cambria" w:eastAsia="Cambria"/>
          <w:b/>
          <w:color w:val="34616D"/>
          <w:sz w:val="20"/>
          <w:spacing w:val="72"/>
        </w:rPr>
        <w:t>———  CORRESPONDENCE  ———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11827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11827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11827"/>
          <w:sz w:val="22"/>
        </w:rPr>
        <w:t xml:space="preserve">[City, ST 00000]</w:t>
      </w:r>
    </w:p>
    <w:p>
      <w:pPr>
        <w:spacing w:after="280"/>
      </w:pPr>
      <w:r>
        <w:rPr>
          <w:rFonts w:ascii="Cambria" w:hAnsi="Cambria" w:cs="Cambria" w:eastAsia="Cambria"/>
          <w:color w:val="111827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11827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11827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11827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11827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111827"/>
          <w:sz w:val="44"/>
        </w:rPr>
        <w:t>[Your Name]</w:t>
      </w:r>
    </w:p>
    <w:p>
      <w:pPr>
        <w:spacing w:before="320" w:after="80"/>
        <w:pBdr>
          <w:bottom w:val="single" w:sz="4" w:space="4" w:color="111827"/>
        </w:pBdr>
      </w:pPr>
      <w:r>
        <w:rPr>
          <w:sz w:val="2"/>
        </w:rPr>
        <w:t xml:space="preserve"> </w:t>
      </w:r>
    </w:p>
    <w:p>
      <w:pPr>
        <w:jc w:val="center"/>
      </w:pPr>
      <w:r>
        <w:rPr>
          <w:rFonts w:ascii="Cambria" w:hAnsi="Cambria" w:cs="Cambria" w:eastAsia="Cambria"/>
          <w:color w:val="6B7280"/>
          <w:sz w:val="20"/>
          <w:smallCaps w:val="true"/>
          <w:spacing w:val="64"/>
        </w:rPr>
        <w:t>[Street Address]  ·  [City, State ZIP]</w:t>
      </w:r>
    </w:p>
    <w:sectPr w:rsidR="00FC693F" w:rsidRPr="0006063C" w:rsidSect="00034616">
      <w:pgSz w:w="12240" w:h="15840"/>
      <w:pgMar w:top="1474" w:right="2154" w:bottom="1361" w:left="21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